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DE237EA" w:rsidR="00F90A75" w:rsidRPr="00C45790" w:rsidRDefault="2F3ED2A0" w:rsidP="4687FBED">
      <w:pPr>
        <w:pStyle w:val="Heading1"/>
        <w:spacing w:before="0"/>
        <w:jc w:val="center"/>
        <w:rPr>
          <w:color w:val="000000" w:themeColor="text1"/>
          <w:sz w:val="52"/>
          <w:szCs w:val="52"/>
        </w:rPr>
      </w:pPr>
      <w:r w:rsidRPr="4687FBED">
        <w:rPr>
          <w:color w:val="000000" w:themeColor="text1"/>
          <w:sz w:val="52"/>
          <w:szCs w:val="52"/>
        </w:rPr>
        <w:t>Applic</w:t>
      </w:r>
      <w:r w:rsidR="77664A50" w:rsidRPr="4687FBED">
        <w:rPr>
          <w:color w:val="000000" w:themeColor="text1"/>
          <w:sz w:val="52"/>
          <w:szCs w:val="52"/>
        </w:rPr>
        <w:t>ation Form</w:t>
      </w:r>
      <w:r w:rsidR="12ABE41E" w:rsidRPr="4687FBED">
        <w:rPr>
          <w:color w:val="000000" w:themeColor="text1"/>
          <w:sz w:val="52"/>
          <w:szCs w:val="52"/>
        </w:rPr>
        <w:t xml:space="preserve"> </w:t>
      </w:r>
    </w:p>
    <w:p w14:paraId="2B14A6A4" w14:textId="77777777" w:rsidR="008F14A7" w:rsidRDefault="008F14A7" w:rsidP="00F90A75">
      <w:pPr>
        <w:pStyle w:val="Heading1"/>
        <w:spacing w:before="0"/>
        <w:jc w:val="center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1707A8" w14:paraId="0AD3FEE4" w14:textId="77777777" w:rsidTr="4687FBED">
        <w:trPr>
          <w:trHeight w:val="567"/>
        </w:trPr>
        <w:tc>
          <w:tcPr>
            <w:tcW w:w="5669" w:type="dxa"/>
            <w:shd w:val="clear" w:color="auto" w:fill="000000" w:themeFill="text1"/>
            <w:vAlign w:val="center"/>
          </w:tcPr>
          <w:p w14:paraId="4B18A08C" w14:textId="16159A82" w:rsidR="001707A8" w:rsidRPr="001707A8" w:rsidRDefault="6B8D8AB6" w:rsidP="4687FBED">
            <w:pPr>
              <w:pStyle w:val="Heading1"/>
              <w:spacing w:before="0"/>
              <w:rPr>
                <w:color w:val="E0B95A"/>
              </w:rPr>
            </w:pPr>
            <w:r w:rsidRPr="4687FBED">
              <w:rPr>
                <w:color w:val="E0B95A"/>
              </w:rPr>
              <w:t>Applic</w:t>
            </w:r>
            <w:r w:rsidR="603FD377" w:rsidRPr="4687FBED">
              <w:rPr>
                <w:color w:val="E0B95A"/>
              </w:rPr>
              <w:t>ation Category (Please select one only)</w:t>
            </w:r>
          </w:p>
        </w:tc>
      </w:tr>
    </w:tbl>
    <w:p w14:paraId="0BC75BC7" w14:textId="3833CCC0" w:rsidR="00825B0B" w:rsidRPr="001707A8" w:rsidRDefault="001707A8" w:rsidP="001707A8">
      <w:pPr>
        <w:pStyle w:val="Heading1"/>
        <w:spacing w:before="0"/>
        <w:rPr>
          <w:rFonts w:cstheme="majorHAnsi"/>
          <w:color w:val="D5AC00"/>
          <w:sz w:val="10"/>
          <w:szCs w:val="10"/>
        </w:rPr>
      </w:pPr>
      <w:r w:rsidRPr="001707A8">
        <w:rPr>
          <w:rFonts w:cstheme="majorHAnsi"/>
          <w:color w:val="D5AC00"/>
          <w:sz w:val="10"/>
          <w:szCs w:val="10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8"/>
        <w:gridCol w:w="5239"/>
      </w:tblGrid>
      <w:tr w:rsidR="007C5A34" w:rsidRPr="00117369" w14:paraId="4006EAF1" w14:textId="77777777" w:rsidTr="3F477309">
        <w:trPr>
          <w:trHeight w:val="509"/>
        </w:trPr>
        <w:tc>
          <w:tcPr>
            <w:tcW w:w="5238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5DBC747" w14:textId="33033096" w:rsidR="007C5A34" w:rsidRPr="008F14A7" w:rsidRDefault="007C5A34" w:rsidP="007C5A34">
            <w:pPr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</w:pPr>
            <w:r w:rsidRPr="008F14A7"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  <w:t>Business Awards (Company)</w:t>
            </w:r>
          </w:p>
        </w:tc>
        <w:tc>
          <w:tcPr>
            <w:tcW w:w="5239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B78B00E" w14:textId="471FD680" w:rsidR="007C5A34" w:rsidRPr="008F14A7" w:rsidRDefault="007C5A34" w:rsidP="007C5A34">
            <w:pPr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</w:pPr>
            <w:r w:rsidRPr="008F14A7"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  <w:t>Individual Awards</w:t>
            </w:r>
          </w:p>
        </w:tc>
      </w:tr>
      <w:tr w:rsidR="007C5A34" w:rsidRPr="00117369" w14:paraId="3353F884" w14:textId="77777777" w:rsidTr="3F477309">
        <w:trPr>
          <w:trHeight w:val="1835"/>
        </w:trPr>
        <w:tc>
          <w:tcPr>
            <w:tcW w:w="5238" w:type="dxa"/>
          </w:tcPr>
          <w:p w14:paraId="1D3E81B3" w14:textId="262DA72E" w:rsidR="009360A1" w:rsidRPr="00B608C6" w:rsidRDefault="00000000" w:rsidP="3F4773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Bid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3032266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3F477309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 </w:t>
            </w:r>
            <w:r w:rsidR="105997C1" w:rsidRPr="3F477309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>Tourism</w:t>
            </w:r>
          </w:p>
          <w:p w14:paraId="020260BC" w14:textId="00B52DE0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8399173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86A49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Logistics</w:t>
            </w:r>
          </w:p>
          <w:p w14:paraId="3045C252" w14:textId="1BF0D69D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20997114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Sustainability</w:t>
            </w:r>
          </w:p>
          <w:p w14:paraId="7F3C9C34" w14:textId="76284E01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3605951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Financial Services</w:t>
            </w:r>
          </w:p>
          <w:p w14:paraId="5341749F" w14:textId="22624B34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579556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Digital Company</w:t>
            </w:r>
          </w:p>
          <w:p w14:paraId="1123C9D0" w14:textId="01794A28" w:rsidR="009360A1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6893622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168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FMCG</w:t>
            </w:r>
          </w:p>
          <w:p w14:paraId="34A27C53" w14:textId="6431D24A" w:rsidR="00481687" w:rsidRPr="00B608C6" w:rsidRDefault="00481687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82411201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Startup Award</w:t>
            </w:r>
          </w:p>
          <w:p w14:paraId="3F2AC457" w14:textId="7EB3C533" w:rsidR="007C5A34" w:rsidRPr="00B608C6" w:rsidRDefault="007C5A34" w:rsidP="007C5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</w:tcPr>
          <w:p w14:paraId="6C7C0C8E" w14:textId="04D5181A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677210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6C18C2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Entertainment</w:t>
            </w:r>
          </w:p>
          <w:p w14:paraId="6DFA8BCF" w14:textId="315FB69E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7506228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Sport</w:t>
            </w:r>
            <w:r w:rsidR="00BE5A9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</w:t>
            </w:r>
          </w:p>
          <w:p w14:paraId="3FD27784" w14:textId="37627ACF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1161031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0661CA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Key Opinion Leader (KOL)</w:t>
            </w:r>
          </w:p>
          <w:p w14:paraId="083FCB6A" w14:textId="73BF0B6C" w:rsidR="009360A1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980932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0661CA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Friend of ASEAN</w:t>
            </w:r>
          </w:p>
          <w:p w14:paraId="2873069D" w14:textId="204BCA38" w:rsidR="00481687" w:rsidRPr="00B608C6" w:rsidRDefault="00481687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799013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Startup Award</w:t>
            </w:r>
          </w:p>
          <w:p w14:paraId="66BB1CFD" w14:textId="7CF81F83" w:rsidR="009360A1" w:rsidRPr="00B608C6" w:rsidRDefault="009360A1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</w:tr>
    </w:tbl>
    <w:p w14:paraId="1BDEC67C" w14:textId="31F1AD8F" w:rsidR="001707A8" w:rsidRDefault="001707A8">
      <w:pPr>
        <w:pStyle w:val="Heading1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1707A8" w14:paraId="0CE9D17F" w14:textId="77777777" w:rsidTr="4687FBED">
        <w:trPr>
          <w:trHeight w:val="567"/>
        </w:trPr>
        <w:tc>
          <w:tcPr>
            <w:tcW w:w="5669" w:type="dxa"/>
            <w:shd w:val="clear" w:color="auto" w:fill="000000" w:themeFill="text1"/>
            <w:vAlign w:val="center"/>
          </w:tcPr>
          <w:p w14:paraId="5D61D308" w14:textId="6B7790B3" w:rsidR="001707A8" w:rsidRPr="001707A8" w:rsidRDefault="18D0DBF3" w:rsidP="4687FBED">
            <w:pPr>
              <w:pStyle w:val="Heading1"/>
              <w:spacing w:before="0"/>
              <w:rPr>
                <w:color w:val="E0B95A"/>
              </w:rPr>
            </w:pPr>
            <w:r w:rsidRPr="4687FBED">
              <w:rPr>
                <w:color w:val="E0B95A"/>
              </w:rPr>
              <w:t xml:space="preserve">A. </w:t>
            </w:r>
            <w:r w:rsidR="603FD377" w:rsidRPr="4687FBED">
              <w:rPr>
                <w:color w:val="E0B95A"/>
              </w:rPr>
              <w:t xml:space="preserve">Company </w:t>
            </w:r>
            <w:r w:rsidR="62564002" w:rsidRPr="4687FBED">
              <w:rPr>
                <w:color w:val="E0B95A"/>
              </w:rPr>
              <w:t xml:space="preserve">/ Individual </w:t>
            </w:r>
            <w:r w:rsidR="603FD377" w:rsidRPr="4687FBED">
              <w:rPr>
                <w:color w:val="E0B95A"/>
              </w:rPr>
              <w:t>Information</w:t>
            </w:r>
          </w:p>
        </w:tc>
      </w:tr>
    </w:tbl>
    <w:p w14:paraId="3BB35E9F" w14:textId="22F83DA6" w:rsidR="00EB55DC" w:rsidRPr="00B608C6" w:rsidRDefault="00117369" w:rsidP="00EB55DC">
      <w:pPr>
        <w:rPr>
          <w:rFonts w:asciiTheme="majorHAnsi" w:hAnsiTheme="majorHAnsi" w:cstheme="majorHAnsi"/>
          <w:i/>
          <w:iCs/>
          <w:sz w:val="24"/>
          <w:szCs w:val="24"/>
        </w:rPr>
      </w:pPr>
      <w:r w:rsidRPr="00B608C6">
        <w:rPr>
          <w:rFonts w:asciiTheme="majorHAnsi" w:hAnsiTheme="majorHAnsi" w:cstheme="majorHAnsi"/>
          <w:i/>
          <w:iCs/>
          <w:sz w:val="24"/>
          <w:szCs w:val="24"/>
        </w:rPr>
        <w:t>If applying for a company award, complete Section A1.</w:t>
      </w:r>
      <w:r w:rsidRPr="00B608C6">
        <w:rPr>
          <w:rFonts w:asciiTheme="majorHAnsi" w:hAnsiTheme="majorHAnsi" w:cstheme="majorHAnsi"/>
          <w:i/>
          <w:iCs/>
          <w:sz w:val="24"/>
          <w:szCs w:val="24"/>
        </w:rPr>
        <w:br/>
        <w:t>If applying for an individual award, complete Section A2.</w:t>
      </w:r>
    </w:p>
    <w:p w14:paraId="386399DA" w14:textId="77777777" w:rsidR="00EB55DC" w:rsidRDefault="00EB55DC" w:rsidP="0098550F">
      <w:pPr>
        <w:pStyle w:val="Heading2"/>
        <w:rPr>
          <w:rFonts w:cstheme="majorHAnsi"/>
          <w:color w:val="365F91" w:themeColor="accent1" w:themeShade="BF"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697"/>
        <w:gridCol w:w="4532"/>
      </w:tblGrid>
      <w:tr w:rsidR="00EB55DC" w14:paraId="061515E2" w14:textId="77777777" w:rsidTr="00B608C6">
        <w:trPr>
          <w:gridAfter w:val="1"/>
          <w:wAfter w:w="4532" w:type="dxa"/>
          <w:trHeight w:val="567"/>
        </w:trPr>
        <w:tc>
          <w:tcPr>
            <w:tcW w:w="5669" w:type="dxa"/>
            <w:gridSpan w:val="2"/>
            <w:shd w:val="clear" w:color="auto" w:fill="000000" w:themeFill="text1"/>
            <w:vAlign w:val="center"/>
          </w:tcPr>
          <w:p w14:paraId="19CA6F1B" w14:textId="53C56B4C" w:rsidR="00EB55DC" w:rsidRPr="001707A8" w:rsidRDefault="00EB55DC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A1. Company Details (For Business Awards)</w:t>
            </w:r>
          </w:p>
        </w:tc>
      </w:tr>
      <w:tr w:rsidR="0098550F" w:rsidRPr="00117369" w14:paraId="1CC863D5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C06E677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Name of Enterprise: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1028763952"/>
            <w:placeholder>
              <w:docPart w:val="279F7E5B05A64EE485087E59B604B48D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FC467A1" w14:textId="12EED854" w:rsidR="0098550F" w:rsidRPr="00B608C6" w:rsidRDefault="00A51BD8" w:rsidP="00E94154">
                <w:pPr>
                  <w:spacing w:line="276" w:lineRule="auto"/>
                  <w:ind w:right="464"/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27869230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4EAA9BC6" w14:textId="340E1DB0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Size of Enterprise:</w:t>
            </w:r>
          </w:p>
        </w:tc>
        <w:tc>
          <w:tcPr>
            <w:tcW w:w="7229" w:type="dxa"/>
            <w:gridSpan w:val="2"/>
            <w:vAlign w:val="center"/>
          </w:tcPr>
          <w:p w14:paraId="76EE6FBC" w14:textId="77777777" w:rsidR="00986A49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056991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Large (≥200 employees &amp; ≥USD 5M revenue)</w:t>
            </w:r>
          </w:p>
          <w:p w14:paraId="0226DA05" w14:textId="344168B9" w:rsidR="0098550F" w:rsidRPr="00B608C6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9504631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9360A1" w:rsidRPr="00B608C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SME:</w:t>
            </w:r>
            <w:r w:rsidR="00986A49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07055945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986A49" w:rsidRPr="008545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8550F" w:rsidRPr="00117369" w14:paraId="4830A2BB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0A300E5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Date of Incorporation: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367790884"/>
            <w:placeholder>
              <w:docPart w:val="C9621ADF1C034690B3857661489A5B78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386650A5" w14:textId="6917FED4" w:rsidR="0098550F" w:rsidRPr="00B608C6" w:rsidRDefault="002C7C7B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EC04BA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0CDFC324" w14:textId="1C1674DD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Country of Incorporation: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168700365"/>
            <w:placeholder>
              <w:docPart w:val="EF8B0CF730DC4538AAA6682AB2616F36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7F4E026F" w14:textId="28DD99EF" w:rsidR="0098550F" w:rsidRPr="00B608C6" w:rsidRDefault="007F178E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7DB5F172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28B7D650" w14:textId="39BD9026" w:rsidR="0098550F" w:rsidRPr="00B608C6" w:rsidRDefault="0098550F" w:rsidP="00E94154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Registered Address: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280889876"/>
            <w:placeholder>
              <w:docPart w:val="754BED8B5A134AC3BAE73203DE085DFE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FA590EF" w14:textId="08EBD0E0" w:rsidR="0098550F" w:rsidRPr="00B608C6" w:rsidRDefault="002C7C7B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5FAB84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6223B5F6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Website: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317326681"/>
            <w:placeholder>
              <w:docPart w:val="40A22D4EE3F5446699479BD9B617A77D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0F088C4A" w14:textId="67E89D7C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81D3BDB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0E7BEA30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Contact person: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88116456"/>
            <w:placeholder>
              <w:docPart w:val="DE7D274C18234211A01B572A4D638384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42D3F2FA" w14:textId="560647A9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EA36C38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48E34FF" w14:textId="5E8DAB50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Job Title or Position: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825475001"/>
            <w:placeholder>
              <w:docPart w:val="500C1D127C7246848A5E9D5C8B15574F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0E93FED2" w14:textId="382857E6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0BC656C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E7B8772" w14:textId="24D5775B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Phone Number: 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046209432"/>
            <w:placeholder>
              <w:docPart w:val="2F532D22CB67497C92274615D493D113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407F7DB" w14:textId="0E417E81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D0CD8F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68BCA69" w14:textId="0E8D5AB8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lastRenderedPageBreak/>
              <w:t xml:space="preserve">E-mail Address: 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67354624"/>
            <w:placeholder>
              <w:docPart w:val="1970E5ED95C54F2180A6215F670AC5D1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BE0E062" w14:textId="469216BD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5706986" w14:textId="6658E976" w:rsidR="0098550F" w:rsidRPr="00117369" w:rsidRDefault="0098550F">
      <w:pPr>
        <w:rPr>
          <w:rFonts w:asciiTheme="majorHAnsi" w:eastAsiaTheme="majorEastAsia" w:hAnsiTheme="majorHAnsi" w:cstheme="majorHAnsi"/>
          <w:b/>
          <w:bCs/>
          <w:color w:val="4F81BD" w:themeColor="accent1"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1705"/>
        <w:gridCol w:w="4532"/>
      </w:tblGrid>
      <w:tr w:rsidR="00B608C6" w14:paraId="55B1BAFE" w14:textId="77777777" w:rsidTr="00B608C6">
        <w:trPr>
          <w:gridAfter w:val="1"/>
          <w:wAfter w:w="4532" w:type="dxa"/>
          <w:trHeight w:val="567"/>
        </w:trPr>
        <w:tc>
          <w:tcPr>
            <w:tcW w:w="5669" w:type="dxa"/>
            <w:gridSpan w:val="2"/>
            <w:shd w:val="clear" w:color="auto" w:fill="000000" w:themeFill="text1"/>
            <w:vAlign w:val="center"/>
          </w:tcPr>
          <w:p w14:paraId="5AD26D23" w14:textId="2A41CFF9" w:rsidR="00B608C6" w:rsidRPr="001707A8" w:rsidRDefault="00B608C6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A2. Individual Details (For Individual Awards)</w:t>
            </w:r>
          </w:p>
        </w:tc>
      </w:tr>
      <w:tr w:rsidR="0098550F" w:rsidRPr="00117369" w14:paraId="3BDBC771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1330973A" w14:textId="6179973B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Full Name: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-1078587576"/>
            <w:placeholder>
              <w:docPart w:val="3BC4AA7CEA5E4217BBFC363327A4F499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4A2656C6" w14:textId="48A51D38" w:rsidR="0098550F" w:rsidRPr="00B608C6" w:rsidRDefault="00855C21" w:rsidP="00E94154">
                <w:pPr>
                  <w:spacing w:line="276" w:lineRule="auto"/>
                  <w:ind w:right="464"/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3B8E5C41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6C3122D5" w14:textId="106FE269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Salutation:</w:t>
            </w:r>
          </w:p>
        </w:tc>
        <w:tc>
          <w:tcPr>
            <w:tcW w:w="6237" w:type="dxa"/>
            <w:gridSpan w:val="2"/>
            <w:vAlign w:val="center"/>
          </w:tcPr>
          <w:p w14:paraId="1E179CA7" w14:textId="77777777" w:rsidR="00986A49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224683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Mr</w:t>
            </w:r>
            <w:r w:rsidR="000661C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573362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Ms</w:t>
            </w:r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65981111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C57940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0661CA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</w:t>
            </w:r>
          </w:p>
          <w:p w14:paraId="34124283" w14:textId="5759A7FB" w:rsidR="0098550F" w:rsidRPr="00B608C6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0552785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C57940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Other: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114632395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986A49" w:rsidRPr="008545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8550F" w:rsidRPr="00117369" w14:paraId="6934329E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5F75FA16" w14:textId="5E83C8AC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Date of Birth: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789698981"/>
            <w:placeholder>
              <w:docPart w:val="A817BCDA6A8A4E5AB8246B1CBB343719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4C07FAFA" w14:textId="2BC62354" w:rsidR="0098550F" w:rsidRPr="00B608C6" w:rsidRDefault="00D632E8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B0FAC17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1286C386" w14:textId="7B0D2118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Nationality: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224147850"/>
            <w:placeholder>
              <w:docPart w:val="1D10B3735FF84144B88E49D70E341BA9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5707A347" w14:textId="7A1892B5" w:rsidR="0098550F" w:rsidRPr="00B608C6" w:rsidRDefault="00D632E8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4249BA6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0349CB45" w14:textId="41BBA01D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Current Position &amp; Organization: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820729544"/>
            <w:placeholder>
              <w:docPart w:val="680989DB012141D79884949E9B73BDA0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4107D289" w14:textId="65CA23F0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327CB6F8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6B7423E4" w14:textId="55FA3EE4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Number of Years in Role: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784028768"/>
            <w:placeholder>
              <w:docPart w:val="B7B657F8665A44ABAD0496255C0A3D15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6191D3F1" w14:textId="1A7543A8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3FF69163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3AA668F1" w14:textId="7C4BA02B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Phone Number: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277370688"/>
            <w:placeholder>
              <w:docPart w:val="6E79601A8E2243A39A5B5234FEC647D3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1D14BF2B" w14:textId="6F3087FE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0C89142F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7F437E56" w14:textId="38AB45B8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Email Address: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986856152"/>
            <w:placeholder>
              <w:docPart w:val="A504E5EDC26C46E18A8A8B9F6A919476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5B52A4CC" w14:textId="00116B06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28BC2D66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5A207AF7" w14:textId="562673F3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Social Media/Website (if relevant):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458533665"/>
            <w:placeholder>
              <w:docPart w:val="3E8A9366E1714E6292C4D86755DDEA5B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2B1A3DA8" w14:textId="3C21AB05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42471FED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11DE5995" w14:textId="5EE8B3D4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How did you hear about ABA 2025: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79154026"/>
            <w:placeholder>
              <w:docPart w:val="DCC0DCD1F6B7419A830164978F2B821A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1A1F6A8B" w14:textId="3EF5EDC2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A18F089" w14:textId="3BFCE54C" w:rsidR="00B608C6" w:rsidRDefault="00B608C6" w:rsidP="00117369">
      <w:pPr>
        <w:pStyle w:val="Heading1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B608C6" w14:paraId="3B7D709E" w14:textId="77777777" w:rsidTr="4687FBED">
        <w:trPr>
          <w:trHeight w:val="567"/>
        </w:trPr>
        <w:tc>
          <w:tcPr>
            <w:tcW w:w="5669" w:type="dxa"/>
            <w:shd w:val="clear" w:color="auto" w:fill="000000" w:themeFill="text1"/>
            <w:vAlign w:val="center"/>
          </w:tcPr>
          <w:p w14:paraId="7D0ECA8D" w14:textId="54B6B6CF" w:rsidR="00B608C6" w:rsidRPr="001707A8" w:rsidRDefault="37843ADF" w:rsidP="4687FBED">
            <w:pPr>
              <w:pStyle w:val="Heading1"/>
              <w:spacing w:before="0"/>
              <w:rPr>
                <w:color w:val="E0B95A"/>
              </w:rPr>
            </w:pPr>
            <w:r w:rsidRPr="4687FBED">
              <w:rPr>
                <w:color w:val="E0B95A"/>
              </w:rPr>
              <w:t>B. Supporting Details for Company</w:t>
            </w:r>
            <w:r w:rsidR="32F3CCE0" w:rsidRPr="4687FBED">
              <w:rPr>
                <w:color w:val="E0B95A"/>
              </w:rPr>
              <w:t>/ Individual</w:t>
            </w:r>
          </w:p>
        </w:tc>
      </w:tr>
    </w:tbl>
    <w:p w14:paraId="7D19AB89" w14:textId="7DE5F836" w:rsidR="00B608C6" w:rsidRDefault="00B608C6" w:rsidP="00B608C6">
      <w:pPr>
        <w:rPr>
          <w:rFonts w:asciiTheme="majorHAnsi" w:hAnsiTheme="majorHAnsi" w:cstheme="majorHAnsi"/>
          <w:i/>
          <w:iCs/>
          <w:sz w:val="24"/>
          <w:szCs w:val="24"/>
        </w:rPr>
      </w:pPr>
      <w:r w:rsidRPr="00E94154">
        <w:rPr>
          <w:rFonts w:asciiTheme="majorHAnsi" w:hAnsiTheme="majorHAnsi" w:cstheme="majorHAnsi"/>
          <w:i/>
          <w:iCs/>
          <w:sz w:val="24"/>
          <w:szCs w:val="24"/>
        </w:rPr>
        <w:t>If applying for a company award, complete Section B1.</w:t>
      </w:r>
      <w:r w:rsidRPr="00E94154">
        <w:rPr>
          <w:rFonts w:asciiTheme="majorHAnsi" w:hAnsiTheme="majorHAnsi" w:cstheme="majorHAnsi"/>
          <w:i/>
          <w:iCs/>
          <w:sz w:val="24"/>
          <w:szCs w:val="24"/>
        </w:rPr>
        <w:br/>
        <w:t>If applying for an individual award, complete Section B2.</w:t>
      </w:r>
    </w:p>
    <w:p w14:paraId="6A042A45" w14:textId="77777777" w:rsidR="00E94154" w:rsidRPr="00E94154" w:rsidRDefault="00E94154" w:rsidP="00B608C6">
      <w:pPr>
        <w:rPr>
          <w:rFonts w:asciiTheme="majorHAnsi" w:hAnsiTheme="majorHAnsi" w:cstheme="majorHAnsi"/>
          <w:i/>
          <w:iCs/>
          <w:sz w:val="24"/>
          <w:szCs w:val="24"/>
        </w:rPr>
      </w:pPr>
    </w:p>
    <w:tbl>
      <w:tblPr>
        <w:tblStyle w:val="TableGrid"/>
        <w:tblW w:w="10627" w:type="dxa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559"/>
        <w:gridCol w:w="1988"/>
        <w:gridCol w:w="3824"/>
      </w:tblGrid>
      <w:tr w:rsidR="00855C21" w14:paraId="3E015DE1" w14:textId="77777777" w:rsidTr="00E94154">
        <w:trPr>
          <w:gridAfter w:val="1"/>
          <w:wAfter w:w="3824" w:type="dxa"/>
          <w:trHeight w:val="567"/>
        </w:trPr>
        <w:tc>
          <w:tcPr>
            <w:tcW w:w="6803" w:type="dxa"/>
            <w:gridSpan w:val="3"/>
            <w:shd w:val="clear" w:color="auto" w:fill="000000" w:themeFill="text1"/>
            <w:vAlign w:val="center"/>
          </w:tcPr>
          <w:p w14:paraId="1DBB859B" w14:textId="65F811F8" w:rsidR="00B608C6" w:rsidRPr="001707A8" w:rsidRDefault="00B608C6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bookmarkStart w:id="0" w:name="_Hlk197252566"/>
            <w:r>
              <w:rPr>
                <w:rFonts w:cstheme="majorHAnsi"/>
                <w:color w:val="E0B95A"/>
              </w:rPr>
              <w:t>B1. Supporting Details (For Business Awards Nominee)</w:t>
            </w:r>
          </w:p>
        </w:tc>
      </w:tr>
      <w:bookmarkEnd w:id="0"/>
      <w:tr w:rsidR="00855C21" w:rsidRPr="00117369" w14:paraId="08B8E22E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0A68C9F9" w14:textId="433D5BE1" w:rsidR="0016260C" w:rsidRPr="00E94154" w:rsidRDefault="00DF1A89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Business Description</w:t>
            </w:r>
          </w:p>
          <w:p w14:paraId="02F05E3B" w14:textId="462EE907" w:rsidR="003B6F58" w:rsidRPr="00E94154" w:rsidRDefault="003B6F58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</w:t>
            </w:r>
            <w:r w:rsidR="00BA390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ax. 150 words)</w:t>
            </w:r>
            <w:r w:rsidR="00DF1A89"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242482649"/>
            <w:placeholder>
              <w:docPart w:val="DBCEBACB0DD74161A4D13F6629E1037E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5A5BA43F" w14:textId="5F9B6AB5" w:rsidR="003B6F58" w:rsidRPr="00E94154" w:rsidRDefault="002C7C7B" w:rsidP="00DF1A8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2C21675C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393CE698" w14:textId="471CFB3A" w:rsidR="00DF1A89" w:rsidRPr="00E94154" w:rsidRDefault="003B6F58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Strategic Contribution to ASEAN Development &amp; Regional</w:t>
            </w:r>
            <w:r w:rsidR="00DF1A89"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Integration </w:t>
            </w:r>
            <w:r w:rsidR="00BA390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br/>
            </w:r>
            <w:r w:rsidR="00DF1A89"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500 words)</w:t>
            </w:r>
          </w:p>
          <w:p w14:paraId="3F63717E" w14:textId="7EEF0420" w:rsidR="003B6F58" w:rsidRPr="00E94154" w:rsidRDefault="003B6F58" w:rsidP="003B6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748463452"/>
            <w:placeholder>
              <w:docPart w:val="0AA0C728BDF74AF4AB5EE0BD6549FD7D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6505D74C" w14:textId="1093804B" w:rsidR="003B6F58" w:rsidRPr="00E94154" w:rsidRDefault="00855C21" w:rsidP="00855C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4D6CC955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2E91A201" w14:textId="414339C5" w:rsidR="00DF1A89" w:rsidRPr="00E94154" w:rsidRDefault="00DF1A89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Key Personnel (CEO/CFO and Shareholders, if applicable)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682275037"/>
            <w:placeholder>
              <w:docPart w:val="3F8E92ED6A734A559AB492296F4BD447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2400CAB2" w14:textId="7B1506D9" w:rsidR="00DF1A89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609969A8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4DAB4C97" w14:textId="1E97CD17" w:rsidR="00DF1A89" w:rsidRPr="00E94154" w:rsidRDefault="00DF1A89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Top 3 ASEAN countries for raw materials/services sourcing and final product/service export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968516361"/>
            <w:placeholder>
              <w:docPart w:val="89BFE7A288BA4F1797E707386509CBFA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3FA60EFA" w14:textId="0675B3F1" w:rsidR="00DF1A89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30E5E" w:rsidRPr="00117369" w14:paraId="5BCE179A" w14:textId="77777777" w:rsidTr="00066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627" w:type="dxa"/>
            <w:gridSpan w:val="4"/>
          </w:tcPr>
          <w:p w14:paraId="43C79C90" w14:textId="71E7C79C" w:rsidR="00F30E5E" w:rsidRPr="00CB089E" w:rsidRDefault="00F30E5E" w:rsidP="00CB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</w:rPr>
            </w:pPr>
            <w:r w:rsidRPr="00F30E5E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Financial Overview (in USD)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30E5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</w:rPr>
              <w:t>*</w:t>
            </w:r>
            <w:r w:rsidR="00CB089E" w:rsidRPr="00CB089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</w:rPr>
              <w:t>Please provide supporting documents for the information provided. All financial information must be in USD</w:t>
            </w:r>
          </w:p>
        </w:tc>
      </w:tr>
      <w:tr w:rsidR="00855C21" w:rsidRPr="00117369" w14:paraId="59F13E0F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19BA673D" w14:textId="16434CCB" w:rsidR="00D66D96" w:rsidRPr="00E94154" w:rsidRDefault="00D66D96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Annual Revenue</w:t>
            </w:r>
          </w:p>
        </w:tc>
        <w:tc>
          <w:tcPr>
            <w:tcW w:w="1559" w:type="dxa"/>
            <w:vAlign w:val="center"/>
          </w:tcPr>
          <w:p w14:paraId="0ABBD653" w14:textId="721BD6B2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376347952"/>
            <w:placeholder>
              <w:docPart w:val="A035ED190B2F41F984CBF386A6DF44CE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1F173FA4" w14:textId="0390E1D2" w:rsidR="00D66D96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5559C4AB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20B53553" w14:textId="77777777" w:rsidR="00D66D96" w:rsidRPr="00E94154" w:rsidRDefault="00D66D96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2CB74D0" w14:textId="6C50BDAB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401524270"/>
            <w:placeholder>
              <w:docPart w:val="294E3B911A58454A923E42E047C65FAF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324D2A3A" w14:textId="45562F5E" w:rsidR="00D66D96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36B54D13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4545B936" w14:textId="6127A651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Profit Growth %</w:t>
            </w:r>
          </w:p>
        </w:tc>
        <w:tc>
          <w:tcPr>
            <w:tcW w:w="1559" w:type="dxa"/>
            <w:vAlign w:val="center"/>
          </w:tcPr>
          <w:p w14:paraId="1EDF349F" w14:textId="03643442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490451165"/>
            <w:placeholder>
              <w:docPart w:val="468B4596D48C4DBF9832DBD7AC4C0624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73F26FBB" w14:textId="3843440A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03678618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13F7B6DE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12F317A" w14:textId="36358C76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587890103"/>
            <w:placeholder>
              <w:docPart w:val="5EF9E2567EEF414AB3278954A699A915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2A89CC18" w14:textId="199E4522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269C29D3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3590043C" w14:textId="29D7F28D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Asset Growth %</w:t>
            </w:r>
          </w:p>
        </w:tc>
        <w:tc>
          <w:tcPr>
            <w:tcW w:w="1559" w:type="dxa"/>
            <w:vAlign w:val="center"/>
          </w:tcPr>
          <w:p w14:paraId="70FF5081" w14:textId="524121C4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342782183"/>
            <w:placeholder>
              <w:docPart w:val="0CD3BF0C45ED4FA6AD0DEB88E56B6F77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0DC0557C" w14:textId="064A9A35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1ACEA318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18CA7C93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B19D9B0" w14:textId="27B94242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274364927"/>
            <w:placeholder>
              <w:docPart w:val="21D39D01F8D44DFAB9376F4FF2534C58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19C0F6F4" w14:textId="6866D9AE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1F2BAAFD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045388E5" w14:textId="6A06E66B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Number of Employees</w:t>
            </w:r>
          </w:p>
        </w:tc>
        <w:tc>
          <w:tcPr>
            <w:tcW w:w="1559" w:type="dxa"/>
            <w:vAlign w:val="center"/>
          </w:tcPr>
          <w:p w14:paraId="13B75D03" w14:textId="6C3E278A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722365965"/>
            <w:placeholder>
              <w:docPart w:val="2EE5DDED380044908554FE5A029F5286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7C77E8D2" w14:textId="0A177ED0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0DC5630D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4E65B71F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F2F0C16" w14:textId="277FBF43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22416784"/>
            <w:placeholder>
              <w:docPart w:val="C4C69A6D54584AC39ACBCAE08E1331FE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3AEF6A14" w14:textId="1F52D7E7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7D94B9DA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68759EC5" w14:textId="1DD2D0EE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Number of Branches</w:t>
            </w:r>
          </w:p>
        </w:tc>
        <w:tc>
          <w:tcPr>
            <w:tcW w:w="1559" w:type="dxa"/>
            <w:vAlign w:val="center"/>
          </w:tcPr>
          <w:p w14:paraId="0358DC7D" w14:textId="531AE867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56646230"/>
            <w:placeholder>
              <w:docPart w:val="AF980E5B92FB4E7E8C587B706C147F56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030F50A0" w14:textId="26C2303C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65D27441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740C9184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137614D" w14:textId="4A529920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466351451"/>
            <w:placeholder>
              <w:docPart w:val="377098A736E24FD790F65257E01E99B6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649C9379" w14:textId="518A9514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24F299D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69B4C0CD" w14:textId="4FDCD384" w:rsidR="00F30E5E" w:rsidRPr="00E94154" w:rsidRDefault="00F30E5E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Market Analysis &amp; Future Expansion Plans (max. 500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580214554"/>
            <w:placeholder>
              <w:docPart w:val="494D50D07B4B4375BC8ADB49F0AAA033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56556438" w14:textId="02FB1CC7" w:rsidR="00F30E5E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929F8" w:rsidRPr="00117369" w14:paraId="484153BD" w14:textId="77777777" w:rsidTr="00066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0627" w:type="dxa"/>
            <w:gridSpan w:val="4"/>
          </w:tcPr>
          <w:p w14:paraId="6B34161D" w14:textId="0CAF6389" w:rsidR="00B929F8" w:rsidRPr="00B929F8" w:rsidRDefault="00B929F8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929F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Employee Programs</w:t>
            </w:r>
          </w:p>
        </w:tc>
      </w:tr>
      <w:tr w:rsidR="00855C21" w:rsidRPr="00117369" w14:paraId="1732C87C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636506B8" w14:textId="607517F1" w:rsidR="00275632" w:rsidRPr="00E94154" w:rsidRDefault="00275632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Retention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967621624"/>
            <w:placeholder>
              <w:docPart w:val="D504C69CA5554609B9EB85A3BE106D45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35BFB941" w14:textId="396FF667" w:rsidR="00275632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1334925B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3EB53F1F" w14:textId="3C9440C9" w:rsidR="00275632" w:rsidRPr="00E94154" w:rsidRDefault="00B929F8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Training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58460239"/>
            <w:placeholder>
              <w:docPart w:val="A7030E56160E467286FD7E221C51A844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4A434ED8" w14:textId="69301E9C" w:rsidR="00275632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723DA702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5EC58411" w14:textId="6F3228EB" w:rsidR="00B929F8" w:rsidRDefault="00B929F8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Workplace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478606984"/>
            <w:placeholder>
              <w:docPart w:val="8C83771D67FF41BC8AA79B3BBC3D574C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5A6866D4" w14:textId="13DF7532" w:rsidR="00B929F8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74C1" w:rsidRPr="00117369" w14:paraId="666F1B04" w14:textId="77777777" w:rsidTr="005E7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627" w:type="dxa"/>
            <w:gridSpan w:val="4"/>
          </w:tcPr>
          <w:p w14:paraId="674BEA79" w14:textId="22EE57AF" w:rsidR="005E74C1" w:rsidRPr="005E74C1" w:rsidRDefault="005E74C1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5E74C1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Innovation</w:t>
            </w:r>
          </w:p>
        </w:tc>
      </w:tr>
      <w:tr w:rsidR="00855C21" w:rsidRPr="00117369" w14:paraId="5205BFAA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4F6C5A58" w14:textId="26DAE0AB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Approach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2079665616"/>
            <w:placeholder>
              <w:docPart w:val="B55FDFA9A9A74DAAAABD221535FC1F46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0AD2BF68" w14:textId="6F6DE3C2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47784D68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4196B027" w14:textId="002209D0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Case Studies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384457191"/>
            <w:placeholder>
              <w:docPart w:val="0632B9FDA8754283BA2E43CB960FEE9F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4CF0A860" w14:textId="1E8BCCC2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74C1" w:rsidRPr="00117369" w14:paraId="152E15E2" w14:textId="77777777" w:rsidTr="005E7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627" w:type="dxa"/>
            <w:gridSpan w:val="4"/>
          </w:tcPr>
          <w:p w14:paraId="3F46AB80" w14:textId="689897CD" w:rsidR="005E74C1" w:rsidRPr="00E94154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lastRenderedPageBreak/>
              <w:t>CSR</w:t>
            </w:r>
          </w:p>
        </w:tc>
      </w:tr>
      <w:tr w:rsidR="00855C21" w:rsidRPr="00117369" w14:paraId="4F0FF90E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240A446A" w14:textId="6B173FD1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Framework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327160666"/>
            <w:placeholder>
              <w:docPart w:val="F290F3ADC12B42CBA35BCD2E9674E3F3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38EF4AA9" w14:textId="2044CE32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7B9BABC0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32D268C0" w14:textId="6C5EC20F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Activities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886457181"/>
            <w:placeholder>
              <w:docPart w:val="103F026CCD2F4223AB97ABA95D5E501F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4D095F59" w14:textId="53B3CC2C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38FFFCB" w14:textId="77777777" w:rsidR="00E94154" w:rsidRDefault="00E94154" w:rsidP="00117369">
      <w:pPr>
        <w:pStyle w:val="Heading1"/>
        <w:rPr>
          <w:rFonts w:cstheme="majorHAnsi"/>
        </w:rPr>
      </w:pPr>
    </w:p>
    <w:tbl>
      <w:tblPr>
        <w:tblStyle w:val="TableGrid"/>
        <w:tblW w:w="10627" w:type="dxa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547"/>
        <w:gridCol w:w="3824"/>
      </w:tblGrid>
      <w:tr w:rsidR="00E94154" w14:paraId="25A0B3D4" w14:textId="77777777" w:rsidTr="00E94154">
        <w:trPr>
          <w:gridAfter w:val="1"/>
          <w:wAfter w:w="3824" w:type="dxa"/>
          <w:trHeight w:val="567"/>
        </w:trPr>
        <w:tc>
          <w:tcPr>
            <w:tcW w:w="6803" w:type="dxa"/>
            <w:gridSpan w:val="2"/>
            <w:shd w:val="clear" w:color="auto" w:fill="000000" w:themeFill="text1"/>
            <w:vAlign w:val="center"/>
          </w:tcPr>
          <w:p w14:paraId="1C41DBFA" w14:textId="720714B4" w:rsidR="00E94154" w:rsidRPr="001707A8" w:rsidRDefault="00E94154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B2. Supporting Details (For Individual Award Nominee)</w:t>
            </w:r>
          </w:p>
        </w:tc>
      </w:tr>
      <w:tr w:rsidR="00DF1A89" w:rsidRPr="00117369" w14:paraId="7229C22E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06633725" w14:textId="266718D0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Summary of Achievements in Selected Field (max. 300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722141260"/>
            <w:placeholder>
              <w:docPart w:val="27E3A7B3BB28498DA2DBA95334C0FC1C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27473785" w14:textId="0E1E8E85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1A89" w:rsidRPr="00117369" w14:paraId="730D3472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49FEB41A" w14:textId="77777777" w:rsidR="0016260C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Key Milestones or Contributions to ASEAN Community</w:t>
            </w:r>
          </w:p>
          <w:p w14:paraId="16F7EEC7" w14:textId="703F5DCF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854951318"/>
            <w:placeholder>
              <w:docPart w:val="F45F22D5B9ED49FA8C908B38D64292A5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4090189E" w14:textId="181A6ED5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1A89" w:rsidRPr="00117369" w14:paraId="0F36C256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46AAC471" w14:textId="77777777" w:rsidR="0016260C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Recognition and Awards</w:t>
            </w:r>
          </w:p>
          <w:p w14:paraId="5CA1EB74" w14:textId="5C94771F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(if applicable)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662158446"/>
            <w:placeholder>
              <w:docPart w:val="D77A3BD05D8F43A9B11CA333AEE5AD12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4AD2ACAA" w14:textId="47261B66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1A89" w:rsidRPr="00117369" w14:paraId="50F8C76F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3F83A45C" w14:textId="4930FF78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Motivation or Mission Statement (max. 300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507095687"/>
            <w:placeholder>
              <w:docPart w:val="065D85E9504842BE84D4A67796F5C58C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38452DBF" w14:textId="601B0497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385199F" w14:textId="77777777" w:rsidR="00E94154" w:rsidRDefault="00E94154" w:rsidP="0098550F">
      <w:pPr>
        <w:pStyle w:val="Heading1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697"/>
        <w:gridCol w:w="4532"/>
      </w:tblGrid>
      <w:tr w:rsidR="00E94154" w14:paraId="5251A4E3" w14:textId="77777777" w:rsidTr="00E94154">
        <w:trPr>
          <w:gridAfter w:val="1"/>
          <w:wAfter w:w="4532" w:type="dxa"/>
          <w:trHeight w:val="567"/>
        </w:trPr>
        <w:tc>
          <w:tcPr>
            <w:tcW w:w="5669" w:type="dxa"/>
            <w:gridSpan w:val="2"/>
            <w:shd w:val="clear" w:color="auto" w:fill="000000" w:themeFill="text1"/>
            <w:vAlign w:val="center"/>
          </w:tcPr>
          <w:p w14:paraId="787241C2" w14:textId="70552D7E" w:rsidR="00E94154" w:rsidRPr="001707A8" w:rsidRDefault="00E94154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C. Referral</w:t>
            </w:r>
          </w:p>
        </w:tc>
      </w:tr>
      <w:tr w:rsidR="00117369" w:rsidRPr="00117369" w14:paraId="39DA3E2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CE676E4" w14:textId="77777777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Name of Enterprise: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-1407149524"/>
            <w:placeholder>
              <w:docPart w:val="C570F830954F4461ADE541B700AB0BAC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306BFD1E" w14:textId="74D8D3F5" w:rsidR="00117369" w:rsidRPr="00E94154" w:rsidRDefault="00855C21" w:rsidP="00E94154">
                <w:pPr>
                  <w:spacing w:line="276" w:lineRule="auto"/>
                  <w:ind w:right="464"/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6744228F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048EC78B" w14:textId="4D62BBC5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Referrer Name: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187909914"/>
            <w:placeholder>
              <w:docPart w:val="B22D42A136F6413593D342F2082DADC9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7489D883" w14:textId="0022C384" w:rsidR="00117369" w:rsidRPr="00E94154" w:rsidRDefault="00855C21" w:rsidP="00E9415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3FD5784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4772344C" w14:textId="08D58A94" w:rsidR="00117369" w:rsidRPr="00E94154" w:rsidRDefault="00117369" w:rsidP="00E94154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Referrer Designation: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449746861"/>
            <w:placeholder>
              <w:docPart w:val="C668713EBEF348BF87F124EE45C01650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034D196F" w14:textId="1B3DC56E" w:rsidR="00117369" w:rsidRPr="00E94154" w:rsidRDefault="00855C21" w:rsidP="00E9415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56D9FC4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BEEA34A" w14:textId="30B552D2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Contact Number: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606040119"/>
            <w:placeholder>
              <w:docPart w:val="A5B9DB4534A7460F8E9B8C0F4F87CF56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4CFB1178" w14:textId="304F0605" w:rsidR="00117369" w:rsidRPr="00E94154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6AE3050D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5C679F7" w14:textId="4917D859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E-mail Address: 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794901544"/>
            <w:placeholder>
              <w:docPart w:val="207A31FCCD3D437CB8C6829A9076E217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1A41D708" w14:textId="283B4F4A" w:rsidR="00117369" w:rsidRPr="00E94154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AA511A4" w14:textId="2F10A162" w:rsidR="00395C4C" w:rsidRPr="00395C4C" w:rsidRDefault="00395C4C" w:rsidP="4687FBED">
      <w:pPr>
        <w:rPr>
          <w:rFonts w:cstheme="majorBid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406"/>
        <w:gridCol w:w="2540"/>
      </w:tblGrid>
      <w:tr w:rsidR="00E94154" w14:paraId="405BDC72" w14:textId="77777777" w:rsidTr="00E94154">
        <w:trPr>
          <w:gridAfter w:val="1"/>
          <w:wAfter w:w="2540" w:type="dxa"/>
          <w:trHeight w:val="567"/>
        </w:trPr>
        <w:tc>
          <w:tcPr>
            <w:tcW w:w="7937" w:type="dxa"/>
            <w:gridSpan w:val="2"/>
            <w:shd w:val="clear" w:color="auto" w:fill="000000" w:themeFill="text1"/>
            <w:vAlign w:val="center"/>
          </w:tcPr>
          <w:p w14:paraId="343069E9" w14:textId="7772A98D" w:rsidR="00E94154" w:rsidRPr="001707A8" w:rsidRDefault="00E94154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lastRenderedPageBreak/>
              <w:t xml:space="preserve">D. </w:t>
            </w:r>
            <w:r w:rsidRPr="00E94154">
              <w:rPr>
                <w:rFonts w:cstheme="majorHAnsi"/>
                <w:color w:val="E0B95A"/>
              </w:rPr>
              <w:t>Declaration (Must be completed by the authorized person)</w:t>
            </w:r>
          </w:p>
        </w:tc>
      </w:tr>
      <w:tr w:rsidR="0098550F" w:rsidRPr="00117369" w14:paraId="36A12A55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7" w:type="dxa"/>
            <w:gridSpan w:val="3"/>
            <w:tcBorders>
              <w:bottom w:val="single" w:sz="4" w:space="0" w:color="auto"/>
            </w:tcBorders>
          </w:tcPr>
          <w:p w14:paraId="2AC0E40E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bookmarkStart w:id="1" w:name="_Hlk197107663"/>
          </w:p>
          <w:p w14:paraId="44F9C3EE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To be completed and signed only by the Chief Executive Officer (CEO) / Managing Director / Chief Financial Officer (or equivalent) of the company nominated for this Awards:</w:t>
            </w:r>
          </w:p>
          <w:p w14:paraId="3CDE48F1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98550F" w:rsidRPr="00117369" w14:paraId="31E12BB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E1BE1E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476A6C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I hereby declare that the facts stated in this application together with the accompanying information are true and correct, to the best of my knowledge, and satisfy the eligibility criteria. I declare that the information provided in this information form and the attached profile is true and correct.</w:t>
            </w:r>
          </w:p>
          <w:p w14:paraId="38CAB628" w14:textId="77777777" w:rsidR="0098550F" w:rsidRPr="006504A8" w:rsidRDefault="0098550F" w:rsidP="00C401EC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BAFF5C" w14:textId="6C8D029D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I understand that the information I provide in this application will be reviewed by </w:t>
            </w:r>
            <w:r w:rsidR="007C5A34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Ernst &amp; Young </w:t>
            </w: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and used by the independent panel of judges in selecting awards recipients and I consent to the use of such information for that purpose.</w:t>
            </w:r>
          </w:p>
          <w:p w14:paraId="47E35CAA" w14:textId="77777777" w:rsidR="0098550F" w:rsidRPr="006504A8" w:rsidRDefault="0098550F" w:rsidP="00C401EC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66C357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I further consent to the use of such information for research, educational or any purpose as long as such use does not divulge my identity or the identity of the company.</w:t>
            </w:r>
          </w:p>
          <w:p w14:paraId="1960DBCA" w14:textId="77777777" w:rsidR="0098550F" w:rsidRPr="006504A8" w:rsidRDefault="0098550F" w:rsidP="00C401EC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3DC9F89" w14:textId="776A8B74" w:rsidR="0098550F" w:rsidRPr="006504A8" w:rsidRDefault="0098550F" w:rsidP="00C401EC">
            <w:pPr>
              <w:spacing w:after="160" w:line="259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If I am selected as a finalist or award recipient, I hereby authorize the release and use, in connection with the ASEAN Business Awards 2025, of my name, my company's name, non-financial information, photographs, video or audio recordings of me in any form of media, from whatever source.</w:t>
            </w:r>
          </w:p>
        </w:tc>
      </w:tr>
      <w:tr w:rsidR="0098550F" w:rsidRPr="00117369" w14:paraId="3D6852FE" w14:textId="77777777" w:rsidTr="006504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575A0F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bookmarkStart w:id="2" w:name="_Hlk197107670"/>
            <w:bookmarkEnd w:id="1"/>
          </w:p>
          <w:p w14:paraId="0026C2FA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1295E8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0DE21C" w14:textId="75DE7FB9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Name: </w:t>
            </w:r>
            <w:r w:rsidR="00855C21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  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1359773470"/>
                <w:placeholder>
                  <w:docPart w:val="DefaultPlaceholder_-1854013440"/>
                </w:placeholder>
                <w:showingPlcHdr/>
              </w:sdtPr>
              <w:sdtContent>
                <w:r w:rsidR="00537E34" w:rsidRPr="006504A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DA84BED" w14:textId="73D6D92F" w:rsidR="0098550F" w:rsidRPr="006504A8" w:rsidRDefault="0052051C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644B2E9" wp14:editId="2A1B0A44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10795</wp:posOffset>
                      </wp:positionV>
                      <wp:extent cx="226800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37047E" id="Straight Connector 9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8pt,.85pt" to="215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" strokecolor="black [3040]"/>
                  </w:pict>
                </mc:Fallback>
              </mc:AlternateContent>
            </w:r>
          </w:p>
          <w:p w14:paraId="41B31CBB" w14:textId="12AE6A98" w:rsidR="0098550F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8FBC264" wp14:editId="5B441E7E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894080</wp:posOffset>
                      </wp:positionV>
                      <wp:extent cx="2016000" cy="0"/>
                      <wp:effectExtent l="0" t="0" r="0" b="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B76F366" id="Straight Connector 10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4pt,70.4pt" to="211.1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" strokecolor="black [3040]"/>
                  </w:pict>
                </mc:Fallback>
              </mc:AlternateContent>
            </w:r>
            <w:r w:rsidR="0098550F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Signature: </w:t>
            </w:r>
            <w:r w:rsidR="00855C21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1987386792"/>
                <w:showingPlcHdr/>
                <w:picture/>
              </w:sdtPr>
              <w:sdtContent>
                <w:r w:rsidR="0052051C" w:rsidRPr="006504A8">
                  <w:rPr>
                    <w:rFonts w:asciiTheme="majorHAnsi" w:hAnsiTheme="majorHAnsi" w:cstheme="majorHAnsi"/>
                    <w:noProof/>
                    <w:sz w:val="24"/>
                    <w:szCs w:val="24"/>
                  </w:rPr>
                  <w:drawing>
                    <wp:inline distT="0" distB="0" distL="0" distR="0" wp14:anchorId="346AF431" wp14:editId="4F7B8ED2">
                      <wp:extent cx="863600" cy="863600"/>
                      <wp:effectExtent l="0" t="0" r="0" b="0"/>
                      <wp:docPr id="1613313251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3600" cy="86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F620256" w14:textId="0D9E72FF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004CE6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2DB1D" w14:textId="7971D57E" w:rsidR="0098550F" w:rsidRPr="006504A8" w:rsidRDefault="0052051C" w:rsidP="00C401EC">
            <w:pPr>
              <w:rPr>
                <w:rFonts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504A8">
              <w:rPr>
                <w:rFonts w:cstheme="majorHAnsi"/>
                <w:sz w:val="24"/>
                <w:szCs w:val="24"/>
              </w:rPr>
              <w:t xml:space="preserve">                                                                              </w:t>
            </w:r>
          </w:p>
          <w:p w14:paraId="277F8A8B" w14:textId="77777777" w:rsidR="006504A8" w:rsidRPr="006504A8" w:rsidRDefault="0052051C" w:rsidP="00C401EC">
            <w:pPr>
              <w:rPr>
                <w:rFonts w:cstheme="majorHAnsi"/>
                <w:sz w:val="24"/>
                <w:szCs w:val="24"/>
              </w:rPr>
            </w:pPr>
            <w:r w:rsidRPr="006504A8">
              <w:rPr>
                <w:rFonts w:cstheme="majorHAnsi"/>
                <w:sz w:val="24"/>
                <w:szCs w:val="24"/>
              </w:rPr>
              <w:t xml:space="preserve">                                                </w:t>
            </w:r>
          </w:p>
          <w:p w14:paraId="17BC4A17" w14:textId="77777777" w:rsidR="006504A8" w:rsidRPr="006504A8" w:rsidRDefault="006504A8" w:rsidP="00C401EC">
            <w:pPr>
              <w:rPr>
                <w:rFonts w:cstheme="majorHAnsi"/>
                <w:sz w:val="24"/>
                <w:szCs w:val="24"/>
              </w:rPr>
            </w:pPr>
          </w:p>
          <w:p w14:paraId="79C96809" w14:textId="13DE0563" w:rsidR="00855C21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Designation (if company): </w:t>
            </w:r>
            <w:r w:rsidR="00537E34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41586448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504A8" w:rsidRPr="006504A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CB2C98A" w14:textId="478158A4" w:rsidR="006504A8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2F86F58" wp14:editId="1531E261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17145</wp:posOffset>
                      </wp:positionV>
                      <wp:extent cx="1944000" cy="0"/>
                      <wp:effectExtent l="0" t="0" r="0" b="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4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2A9FFFC" id="Straight Connector 7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5pt,1.35pt" to="282.5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" strokecolor="black [3040]"/>
                  </w:pict>
                </mc:Fallback>
              </mc:AlternateContent>
            </w:r>
          </w:p>
          <w:p w14:paraId="6A3B2BA6" w14:textId="4D52E703" w:rsidR="006504A8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C0216B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B3FB96" w14:textId="77777777" w:rsidR="0052051C" w:rsidRPr="006504A8" w:rsidRDefault="0052051C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BF0457" w14:textId="77777777" w:rsidR="006504A8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514245" w14:textId="7E3F3AC8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BF17CCE" wp14:editId="4D247466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175895</wp:posOffset>
                      </wp:positionV>
                      <wp:extent cx="3240000" cy="0"/>
                      <wp:effectExtent l="0" t="0" r="0" b="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0BAA893" id="Straight Connector 11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75pt,13.85pt" to="283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" strokecolor="black [3040]"/>
                  </w:pict>
                </mc:Fallback>
              </mc:AlternateContent>
            </w: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Date: </w:t>
            </w:r>
            <w:r w:rsidR="00855C21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37E34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2071376274"/>
                <w:placeholder>
                  <w:docPart w:val="0FCC092BE7D04888A20AD9902B967845"/>
                </w:placeholder>
                <w:showingPlcHdr/>
              </w:sdtPr>
              <w:sdtContent>
                <w:r w:rsidR="00537E34" w:rsidRPr="006504A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bookmarkEnd w:id="2"/>
    </w:tbl>
    <w:p w14:paraId="4769CB86" w14:textId="181650EF" w:rsidR="006504A8" w:rsidRDefault="006504A8">
      <w:pPr>
        <w:rPr>
          <w:rFonts w:asciiTheme="majorHAnsi" w:hAnsiTheme="majorHAnsi" w:cstheme="majorHAnsi"/>
        </w:rPr>
      </w:pPr>
    </w:p>
    <w:p w14:paraId="2B2BB040" w14:textId="77777777" w:rsidR="006504A8" w:rsidRDefault="006504A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3B6F58" w:rsidRPr="00117369" w14:paraId="753D02F0" w14:textId="77777777" w:rsidTr="4687FBED">
        <w:trPr>
          <w:trHeight w:val="509"/>
        </w:trPr>
        <w:tc>
          <w:tcPr>
            <w:tcW w:w="10627" w:type="dxa"/>
            <w:shd w:val="clear" w:color="auto" w:fill="000000" w:themeFill="text1"/>
            <w:vAlign w:val="center"/>
          </w:tcPr>
          <w:p w14:paraId="3380F4D3" w14:textId="48B4C256" w:rsidR="003B6F58" w:rsidRPr="00117369" w:rsidRDefault="00DF1A89" w:rsidP="00C401EC">
            <w:pP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B16571"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  <w:lastRenderedPageBreak/>
              <w:t>Checklist</w:t>
            </w:r>
          </w:p>
        </w:tc>
      </w:tr>
      <w:tr w:rsidR="003B6F58" w:rsidRPr="00117369" w14:paraId="1CFAA6DA" w14:textId="77777777" w:rsidTr="4687FBED">
        <w:trPr>
          <w:trHeight w:val="1835"/>
        </w:trPr>
        <w:tc>
          <w:tcPr>
            <w:tcW w:w="10627" w:type="dxa"/>
          </w:tcPr>
          <w:p w14:paraId="0D2FC3AC" w14:textId="1FD0B3D4" w:rsidR="00DF1A89" w:rsidRPr="00395C4C" w:rsidRDefault="00DF1A89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Before sending the nomination form, please ensure these items are completed and attached:</w:t>
            </w:r>
          </w:p>
          <w:p w14:paraId="40A6AB8C" w14:textId="3E74CE0C" w:rsidR="003B6F58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0944284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Complete the nomination form and have it signed by a Member of the Board of Directors, or equivalent. Both electronic signature or scan of the signed Declaration are acceptable.</w:t>
            </w:r>
          </w:p>
          <w:p w14:paraId="16261A67" w14:textId="3511B91C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1953025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Copy of the registration certificate of the enterprise.</w:t>
            </w:r>
          </w:p>
          <w:p w14:paraId="1A2F2DC7" w14:textId="14F31566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7507384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Copy of the Residence, Passport, or Identification Card of the nominee (CEO or equivalent).</w:t>
            </w:r>
          </w:p>
          <w:p w14:paraId="0D535E13" w14:textId="1BF743F6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5485320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Letter of Certification that the company has never been subjected to any investigation or litigation. Please have this certificate signed by the CEO of the company or equivalent.</w:t>
            </w:r>
          </w:p>
          <w:p w14:paraId="6F896A7D" w14:textId="321884AC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7372932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Audited Financial Statements FY2023</w:t>
            </w:r>
            <w:r w:rsidR="00B01FB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and FY2024 (If unaudited, please provide statement of management account).</w:t>
            </w:r>
          </w:p>
          <w:p w14:paraId="3D882B92" w14:textId="27FF88D6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2697020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Latest Annual Reports, if available.</w:t>
            </w:r>
          </w:p>
          <w:p w14:paraId="4567C5B5" w14:textId="28D6D58A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5613951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Company’s Strategy, Project Report/Concepts, if available.</w:t>
            </w:r>
          </w:p>
          <w:p w14:paraId="61AB7F49" w14:textId="065895A5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6388803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Publications, media coverage or document highlighting external recognition, if available.</w:t>
            </w:r>
          </w:p>
          <w:p w14:paraId="25A3AD87" w14:textId="095B7561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0030149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Entry submission, with supporting documents and materials, must be in English.</w:t>
            </w:r>
          </w:p>
          <w:p w14:paraId="2CCB9BBC" w14:textId="3D53AEA1" w:rsidR="0016260C" w:rsidRPr="00395C4C" w:rsidRDefault="6E35207A" w:rsidP="4687F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Theme="majorHAnsi" w:hAnsiTheme="majorHAnsi" w:cstheme="majorBidi"/>
                <w:color w:val="000000"/>
                <w:sz w:val="24"/>
                <w:szCs w:val="24"/>
              </w:rPr>
            </w:pPr>
            <w:r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Should you encounter any questions, please feel free to </w:t>
            </w:r>
            <w:r w:rsidR="5E43BC20"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>contact</w:t>
            </w:r>
            <w:r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 ABA Helpdesk at </w:t>
            </w:r>
            <w:hyperlink r:id="rId12" w:history="1">
              <w:r w:rsidR="00C51B8C" w:rsidRPr="009062DF">
                <w:rPr>
                  <w:rStyle w:val="Hyperlink"/>
                  <w:rFonts w:asciiTheme="majorHAnsi" w:hAnsiTheme="majorHAnsi" w:cstheme="majorBidi"/>
                  <w:sz w:val="24"/>
                  <w:szCs w:val="24"/>
                </w:rPr>
                <w:t>contact@aseanbex.com</w:t>
              </w:r>
            </w:hyperlink>
            <w:r w:rsidR="00C263A5">
              <w:rPr>
                <w:rFonts w:asciiTheme="majorHAnsi" w:hAnsiTheme="majorHAnsi" w:cstheme="majorBidi"/>
                <w:color w:val="FF0000"/>
                <w:sz w:val="24"/>
                <w:szCs w:val="24"/>
              </w:rPr>
              <w:t xml:space="preserve"> </w:t>
            </w:r>
            <w:r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>for additional support.</w:t>
            </w:r>
          </w:p>
          <w:p w14:paraId="60B64F97" w14:textId="1FBD244F" w:rsidR="0016260C" w:rsidRPr="00BF3271" w:rsidRDefault="0016260C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BF327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For daily news and updates, please check out our official website at</w:t>
            </w:r>
            <w:r w:rsidR="002C7C7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hyperlink r:id="rId13" w:history="1">
              <w:r w:rsidR="002C7C7B" w:rsidRPr="0085452A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https://aba.aseanbac.com.my/</w:t>
              </w:r>
            </w:hyperlink>
          </w:p>
          <w:p w14:paraId="5286EB38" w14:textId="64C8C11C" w:rsidR="003B6F58" w:rsidRPr="00395C4C" w:rsidRDefault="003B6F58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</w:tr>
    </w:tbl>
    <w:p w14:paraId="7C2965A1" w14:textId="77777777" w:rsidR="003B6F58" w:rsidRPr="00117369" w:rsidRDefault="003B6F58" w:rsidP="0098550F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sectPr w:rsidR="003B6F58" w:rsidRPr="00117369" w:rsidSect="008F14A7">
      <w:headerReference w:type="default" r:id="rId14"/>
      <w:footerReference w:type="default" r:id="rId15"/>
      <w:headerReference w:type="first" r:id="rId16"/>
      <w:pgSz w:w="12240" w:h="15840"/>
      <w:pgMar w:top="2028" w:right="902" w:bottom="1440" w:left="85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AECE8" w14:textId="77777777" w:rsidR="00E47C56" w:rsidRDefault="00E47C56">
      <w:pPr>
        <w:spacing w:after="0" w:line="240" w:lineRule="auto"/>
      </w:pPr>
      <w:r>
        <w:separator/>
      </w:r>
    </w:p>
  </w:endnote>
  <w:endnote w:type="continuationSeparator" w:id="0">
    <w:p w14:paraId="784A918A" w14:textId="77777777" w:rsidR="00E47C56" w:rsidRDefault="00E47C56">
      <w:pPr>
        <w:spacing w:after="0" w:line="240" w:lineRule="auto"/>
      </w:pPr>
      <w:r>
        <w:continuationSeparator/>
      </w:r>
    </w:p>
  </w:endnote>
  <w:endnote w:type="continuationNotice" w:id="1">
    <w:p w14:paraId="2324D69D" w14:textId="77777777" w:rsidR="00E47C56" w:rsidRDefault="00E47C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4E34A384-2E53-4EEA-859D-F93B370253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1DEB7DF-076F-406C-A8EE-51F26453EA9C}"/>
    <w:embedBold r:id="rId3" w:fontKey="{87EF213C-53FE-4017-9D9B-A4C8868693CD}"/>
    <w:embedItalic r:id="rId4" w:fontKey="{B3148092-F4B4-412F-BEF6-6C3A047846D6}"/>
    <w:embedBoldItalic r:id="rId5" w:fontKey="{98F228F3-B3A1-458B-BE1D-FFE7957A176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F4FE7B4-1D2F-411A-9784-FE7C3272FC5B}"/>
    <w:embedBold r:id="rId7" w:fontKey="{88440A57-3588-487F-97CA-9B057AE795A8}"/>
    <w:embedItalic r:id="rId8" w:fontKey="{B52A2879-8160-4111-AD35-F16476B9486C}"/>
    <w:embedBoldItalic r:id="rId9" w:fontKey="{85BB4222-E1B5-4FD1-8A62-4231B95E781C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9CF6AC5-0E96-42ED-AD07-F9265B7F2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7D2481E8" w14:paraId="4141180E" w14:textId="77777777" w:rsidTr="7D2481E8">
      <w:trPr>
        <w:trHeight w:val="300"/>
      </w:trPr>
      <w:tc>
        <w:tcPr>
          <w:tcW w:w="3495" w:type="dxa"/>
        </w:tcPr>
        <w:p w14:paraId="48699F33" w14:textId="41D32492" w:rsidR="7D2481E8" w:rsidRDefault="7D2481E8" w:rsidP="7D2481E8">
          <w:pPr>
            <w:pStyle w:val="Header"/>
            <w:ind w:left="-115"/>
          </w:pPr>
        </w:p>
      </w:tc>
      <w:tc>
        <w:tcPr>
          <w:tcW w:w="3495" w:type="dxa"/>
        </w:tcPr>
        <w:p w14:paraId="4F876A10" w14:textId="70617074" w:rsidR="7D2481E8" w:rsidRDefault="7D2481E8" w:rsidP="7D2481E8">
          <w:pPr>
            <w:pStyle w:val="Header"/>
            <w:jc w:val="center"/>
          </w:pPr>
        </w:p>
      </w:tc>
      <w:tc>
        <w:tcPr>
          <w:tcW w:w="3495" w:type="dxa"/>
        </w:tcPr>
        <w:p w14:paraId="0F68E1CF" w14:textId="5C471AC4" w:rsidR="7D2481E8" w:rsidRDefault="7D2481E8" w:rsidP="7D2481E8">
          <w:pPr>
            <w:pStyle w:val="Header"/>
            <w:ind w:right="-115"/>
            <w:jc w:val="right"/>
          </w:pPr>
        </w:p>
      </w:tc>
    </w:tr>
  </w:tbl>
  <w:p w14:paraId="34F81B96" w14:textId="1EC78613" w:rsidR="7D2481E8" w:rsidRDefault="7D2481E8" w:rsidP="7D2481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DD28C" w14:textId="77777777" w:rsidR="00E47C56" w:rsidRDefault="00E47C56">
      <w:pPr>
        <w:spacing w:after="0" w:line="240" w:lineRule="auto"/>
      </w:pPr>
      <w:r>
        <w:separator/>
      </w:r>
    </w:p>
  </w:footnote>
  <w:footnote w:type="continuationSeparator" w:id="0">
    <w:p w14:paraId="5690B730" w14:textId="77777777" w:rsidR="00E47C56" w:rsidRDefault="00E47C56">
      <w:pPr>
        <w:spacing w:after="0" w:line="240" w:lineRule="auto"/>
      </w:pPr>
      <w:r>
        <w:continuationSeparator/>
      </w:r>
    </w:p>
  </w:footnote>
  <w:footnote w:type="continuationNotice" w:id="1">
    <w:p w14:paraId="4265E758" w14:textId="77777777" w:rsidR="00E47C56" w:rsidRDefault="00E47C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7D2481E8" w14:paraId="2B6734B6" w14:textId="77777777" w:rsidTr="00F90A75">
      <w:trPr>
        <w:trHeight w:val="434"/>
      </w:trPr>
      <w:tc>
        <w:tcPr>
          <w:tcW w:w="3495" w:type="dxa"/>
        </w:tcPr>
        <w:p w14:paraId="789524A8" w14:textId="38777D82" w:rsidR="7D2481E8" w:rsidRDefault="7D2481E8" w:rsidP="6D528D6D">
          <w:pPr>
            <w:ind w:left="-115"/>
          </w:pPr>
        </w:p>
      </w:tc>
      <w:tc>
        <w:tcPr>
          <w:tcW w:w="3495" w:type="dxa"/>
        </w:tcPr>
        <w:p w14:paraId="18BE9895" w14:textId="07A63094" w:rsidR="7D2481E8" w:rsidRDefault="7D2481E8" w:rsidP="6D528D6D">
          <w:pPr>
            <w:jc w:val="center"/>
          </w:pPr>
        </w:p>
      </w:tc>
      <w:tc>
        <w:tcPr>
          <w:tcW w:w="3495" w:type="dxa"/>
        </w:tcPr>
        <w:p w14:paraId="708EC76D" w14:textId="6223F45D" w:rsidR="7D2481E8" w:rsidRDefault="7D2481E8" w:rsidP="7D2481E8">
          <w:pPr>
            <w:pStyle w:val="Header"/>
            <w:ind w:right="-115"/>
            <w:jc w:val="right"/>
          </w:pPr>
        </w:p>
      </w:tc>
    </w:tr>
  </w:tbl>
  <w:p w14:paraId="3544B180" w14:textId="1CFDFE13" w:rsidR="7D2481E8" w:rsidRDefault="7D2481E8" w:rsidP="7D2481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9B29A" w14:textId="1A06CFDE" w:rsidR="008F14A7" w:rsidRDefault="008F14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61425B" wp14:editId="0E8A63BB">
          <wp:simplePos x="0" y="0"/>
          <wp:positionH relativeFrom="page">
            <wp:posOffset>6350</wp:posOffset>
          </wp:positionH>
          <wp:positionV relativeFrom="paragraph">
            <wp:posOffset>-457200</wp:posOffset>
          </wp:positionV>
          <wp:extent cx="7760970" cy="1295400"/>
          <wp:effectExtent l="0" t="0" r="0" b="0"/>
          <wp:wrapNone/>
          <wp:docPr id="204923110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231109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97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D1399"/>
    <w:multiLevelType w:val="hybridMultilevel"/>
    <w:tmpl w:val="3376B27E"/>
    <w:lvl w:ilvl="0" w:tplc="21029E54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66D77"/>
    <w:multiLevelType w:val="hybridMultilevel"/>
    <w:tmpl w:val="E65E274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C377E"/>
    <w:multiLevelType w:val="multilevel"/>
    <w:tmpl w:val="567061C4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1632AC8"/>
    <w:multiLevelType w:val="multilevel"/>
    <w:tmpl w:val="CB4479B2"/>
    <w:lvl w:ilvl="0">
      <w:start w:val="1"/>
      <w:numFmt w:val="decimal"/>
      <w:pStyle w:val="ListBullet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55523AE"/>
    <w:multiLevelType w:val="hybridMultilevel"/>
    <w:tmpl w:val="EB1C2442"/>
    <w:lvl w:ilvl="0" w:tplc="21029E54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35125"/>
    <w:multiLevelType w:val="hybridMultilevel"/>
    <w:tmpl w:val="E65E274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06CF6"/>
    <w:multiLevelType w:val="hybridMultilevel"/>
    <w:tmpl w:val="E65E274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245FF"/>
    <w:multiLevelType w:val="multilevel"/>
    <w:tmpl w:val="1F0C73A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1431E08"/>
    <w:multiLevelType w:val="hybridMultilevel"/>
    <w:tmpl w:val="65608F8C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72DCB"/>
    <w:multiLevelType w:val="hybridMultilevel"/>
    <w:tmpl w:val="17B495D8"/>
    <w:lvl w:ilvl="0" w:tplc="A3C8BFC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D1110"/>
    <w:multiLevelType w:val="hybridMultilevel"/>
    <w:tmpl w:val="E556CBF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810416">
    <w:abstractNumId w:val="7"/>
  </w:num>
  <w:num w:numId="2" w16cid:durableId="1870143178">
    <w:abstractNumId w:val="2"/>
  </w:num>
  <w:num w:numId="3" w16cid:durableId="446193347">
    <w:abstractNumId w:val="3"/>
  </w:num>
  <w:num w:numId="4" w16cid:durableId="4212194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58838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4977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0636163">
    <w:abstractNumId w:val="9"/>
  </w:num>
  <w:num w:numId="8" w16cid:durableId="1327631854">
    <w:abstractNumId w:val="4"/>
  </w:num>
  <w:num w:numId="9" w16cid:durableId="62995353">
    <w:abstractNumId w:val="0"/>
  </w:num>
  <w:num w:numId="10" w16cid:durableId="859274165">
    <w:abstractNumId w:val="8"/>
  </w:num>
  <w:num w:numId="11" w16cid:durableId="799687907">
    <w:abstractNumId w:val="6"/>
  </w:num>
  <w:num w:numId="12" w16cid:durableId="796799572">
    <w:abstractNumId w:val="1"/>
  </w:num>
  <w:num w:numId="13" w16cid:durableId="1099134216">
    <w:abstractNumId w:val="5"/>
  </w:num>
  <w:num w:numId="14" w16cid:durableId="3863008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MI7rb8OPeU7fbwjfy0XXKmM2uKvY9BI4gorEFUHgqVi6Fl/9t4w91mRl7DQfeI0kkTKTah2SrNKIh2o4/PgQA==" w:salt="RWeA3DPrf+KBTWsOZ31yV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25B"/>
    <w:rsid w:val="00064B77"/>
    <w:rsid w:val="000661CA"/>
    <w:rsid w:val="000D5965"/>
    <w:rsid w:val="00105774"/>
    <w:rsid w:val="00117369"/>
    <w:rsid w:val="0016260C"/>
    <w:rsid w:val="001707A8"/>
    <w:rsid w:val="0019313A"/>
    <w:rsid w:val="001A080B"/>
    <w:rsid w:val="001A5110"/>
    <w:rsid w:val="001A6CF9"/>
    <w:rsid w:val="001C7EC8"/>
    <w:rsid w:val="002347DE"/>
    <w:rsid w:val="0024328F"/>
    <w:rsid w:val="00246989"/>
    <w:rsid w:val="00256414"/>
    <w:rsid w:val="00275632"/>
    <w:rsid w:val="00286267"/>
    <w:rsid w:val="002A268E"/>
    <w:rsid w:val="002B1C68"/>
    <w:rsid w:val="002C7C7B"/>
    <w:rsid w:val="002E7D17"/>
    <w:rsid w:val="003405AF"/>
    <w:rsid w:val="00395C4C"/>
    <w:rsid w:val="003B6F58"/>
    <w:rsid w:val="003E011B"/>
    <w:rsid w:val="00411B59"/>
    <w:rsid w:val="0047725B"/>
    <w:rsid w:val="00481687"/>
    <w:rsid w:val="004D4974"/>
    <w:rsid w:val="0052051C"/>
    <w:rsid w:val="00537E34"/>
    <w:rsid w:val="005A2561"/>
    <w:rsid w:val="005C4339"/>
    <w:rsid w:val="005E6902"/>
    <w:rsid w:val="005E74C1"/>
    <w:rsid w:val="005F7953"/>
    <w:rsid w:val="00600CDF"/>
    <w:rsid w:val="00601701"/>
    <w:rsid w:val="00637913"/>
    <w:rsid w:val="006504A8"/>
    <w:rsid w:val="006610EE"/>
    <w:rsid w:val="00691A13"/>
    <w:rsid w:val="006C18C2"/>
    <w:rsid w:val="006C3F13"/>
    <w:rsid w:val="006D5D57"/>
    <w:rsid w:val="006F0404"/>
    <w:rsid w:val="007471C5"/>
    <w:rsid w:val="007B4ED0"/>
    <w:rsid w:val="007C5A34"/>
    <w:rsid w:val="007F178E"/>
    <w:rsid w:val="00810B07"/>
    <w:rsid w:val="008230C2"/>
    <w:rsid w:val="00825B0B"/>
    <w:rsid w:val="0083517C"/>
    <w:rsid w:val="00841C7C"/>
    <w:rsid w:val="00844A5D"/>
    <w:rsid w:val="00855C21"/>
    <w:rsid w:val="008C36E5"/>
    <w:rsid w:val="008F05A4"/>
    <w:rsid w:val="008F14A7"/>
    <w:rsid w:val="009014C5"/>
    <w:rsid w:val="0090467D"/>
    <w:rsid w:val="00920DF3"/>
    <w:rsid w:val="009360A1"/>
    <w:rsid w:val="009434F2"/>
    <w:rsid w:val="00944611"/>
    <w:rsid w:val="00956015"/>
    <w:rsid w:val="0098550F"/>
    <w:rsid w:val="00986A49"/>
    <w:rsid w:val="009A16DA"/>
    <w:rsid w:val="009F7A32"/>
    <w:rsid w:val="00A26B20"/>
    <w:rsid w:val="00A435E7"/>
    <w:rsid w:val="00A45829"/>
    <w:rsid w:val="00A51BD8"/>
    <w:rsid w:val="00AA3E72"/>
    <w:rsid w:val="00B01FBF"/>
    <w:rsid w:val="00B12F57"/>
    <w:rsid w:val="00B16571"/>
    <w:rsid w:val="00B45E46"/>
    <w:rsid w:val="00B56EE4"/>
    <w:rsid w:val="00B608C6"/>
    <w:rsid w:val="00B7368F"/>
    <w:rsid w:val="00B757DA"/>
    <w:rsid w:val="00B929F8"/>
    <w:rsid w:val="00BA3901"/>
    <w:rsid w:val="00BE5A94"/>
    <w:rsid w:val="00BF3271"/>
    <w:rsid w:val="00C05015"/>
    <w:rsid w:val="00C263A5"/>
    <w:rsid w:val="00C330DB"/>
    <w:rsid w:val="00C401EC"/>
    <w:rsid w:val="00C44DA3"/>
    <w:rsid w:val="00C45790"/>
    <w:rsid w:val="00C459E8"/>
    <w:rsid w:val="00C46335"/>
    <w:rsid w:val="00C51B8C"/>
    <w:rsid w:val="00C57940"/>
    <w:rsid w:val="00C822B8"/>
    <w:rsid w:val="00CB089E"/>
    <w:rsid w:val="00CE5779"/>
    <w:rsid w:val="00D13C26"/>
    <w:rsid w:val="00D30F19"/>
    <w:rsid w:val="00D4501D"/>
    <w:rsid w:val="00D52050"/>
    <w:rsid w:val="00D632E8"/>
    <w:rsid w:val="00D66D96"/>
    <w:rsid w:val="00D934F4"/>
    <w:rsid w:val="00D95568"/>
    <w:rsid w:val="00DA7F09"/>
    <w:rsid w:val="00DC74BA"/>
    <w:rsid w:val="00DF1A89"/>
    <w:rsid w:val="00E13666"/>
    <w:rsid w:val="00E369F6"/>
    <w:rsid w:val="00E40579"/>
    <w:rsid w:val="00E46F40"/>
    <w:rsid w:val="00E47C56"/>
    <w:rsid w:val="00E510D5"/>
    <w:rsid w:val="00E94154"/>
    <w:rsid w:val="00EB55DC"/>
    <w:rsid w:val="00EE7DC8"/>
    <w:rsid w:val="00F14CFF"/>
    <w:rsid w:val="00F30E5E"/>
    <w:rsid w:val="00F33302"/>
    <w:rsid w:val="00F53B30"/>
    <w:rsid w:val="00F90A75"/>
    <w:rsid w:val="00FD32BD"/>
    <w:rsid w:val="0CFB5CEC"/>
    <w:rsid w:val="105997C1"/>
    <w:rsid w:val="12ABE41E"/>
    <w:rsid w:val="18AB22EB"/>
    <w:rsid w:val="18D0DBF3"/>
    <w:rsid w:val="1EB30C7F"/>
    <w:rsid w:val="2602603C"/>
    <w:rsid w:val="2728263D"/>
    <w:rsid w:val="29F78208"/>
    <w:rsid w:val="2EABAF5A"/>
    <w:rsid w:val="2F3ED2A0"/>
    <w:rsid w:val="32F3CCE0"/>
    <w:rsid w:val="3774E0BC"/>
    <w:rsid w:val="37843ADF"/>
    <w:rsid w:val="3F477309"/>
    <w:rsid w:val="4687FBED"/>
    <w:rsid w:val="49403F86"/>
    <w:rsid w:val="4A4C5BCB"/>
    <w:rsid w:val="4C856138"/>
    <w:rsid w:val="5530E23C"/>
    <w:rsid w:val="5D3A3CE0"/>
    <w:rsid w:val="5E43BC20"/>
    <w:rsid w:val="603FD377"/>
    <w:rsid w:val="62564002"/>
    <w:rsid w:val="6B57E959"/>
    <w:rsid w:val="6B8D8AB6"/>
    <w:rsid w:val="6D528D6D"/>
    <w:rsid w:val="6E35207A"/>
    <w:rsid w:val="6FF2E0FB"/>
    <w:rsid w:val="730A5A1E"/>
    <w:rsid w:val="73F1C45E"/>
    <w:rsid w:val="77664A50"/>
    <w:rsid w:val="7D248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702AE"/>
  <w15:docId w15:val="{6DA5F624-0EEB-4120-BA2C-CF86E9885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SimSun" w:hAnsi="Cambria" w:cs="Cambria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F32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2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271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1BD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a.aseanbac.com.my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ntact@aseanbex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9DB06-91CB-4FF9-BE42-44479ED1F5BF}"/>
      </w:docPartPr>
      <w:docPartBody>
        <w:p w:rsidR="00011182" w:rsidRDefault="004520B2"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9F7E5B05A64EE485087E59B604B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32506-11B3-4A90-BB9C-8E016248437A}"/>
      </w:docPartPr>
      <w:docPartBody>
        <w:p w:rsidR="00011182" w:rsidRDefault="004520B2" w:rsidP="004520B2">
          <w:pPr>
            <w:pStyle w:val="279F7E5B05A64EE485087E59B604B48D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621ADF1C034690B3857661489A5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21FB1-9574-4833-AB2A-31092998F776}"/>
      </w:docPartPr>
      <w:docPartBody>
        <w:p w:rsidR="00011182" w:rsidRDefault="004520B2" w:rsidP="004520B2">
          <w:pPr>
            <w:pStyle w:val="C9621ADF1C034690B3857661489A5B78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8B0CF730DC4538AAA6682AB2616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F0A28-8FAA-4D2A-ABD8-DB1FD42EBFCB}"/>
      </w:docPartPr>
      <w:docPartBody>
        <w:p w:rsidR="00011182" w:rsidRDefault="004520B2" w:rsidP="004520B2">
          <w:pPr>
            <w:pStyle w:val="EF8B0CF730DC4538AAA6682AB2616F3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4BED8B5A134AC3BAE73203DE085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F26D7-7B42-48A0-B9A7-653D99BE6AD3}"/>
      </w:docPartPr>
      <w:docPartBody>
        <w:p w:rsidR="00011182" w:rsidRDefault="004520B2" w:rsidP="004520B2">
          <w:pPr>
            <w:pStyle w:val="754BED8B5A134AC3BAE73203DE085DF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A22D4EE3F5446699479BD9B617A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891D1-F8FB-4001-81D9-D8E6E4BEA2A1}"/>
      </w:docPartPr>
      <w:docPartBody>
        <w:p w:rsidR="00011182" w:rsidRDefault="004520B2" w:rsidP="004520B2">
          <w:pPr>
            <w:pStyle w:val="40A22D4EE3F5446699479BD9B617A77D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7D274C18234211A01B572A4D638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D41DD-8076-4017-83BE-146B2D20CFC3}"/>
      </w:docPartPr>
      <w:docPartBody>
        <w:p w:rsidR="00011182" w:rsidRDefault="004520B2" w:rsidP="004520B2">
          <w:pPr>
            <w:pStyle w:val="DE7D274C18234211A01B572A4D638384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0C1D127C7246848A5E9D5C8B155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3CF70-9E84-4C52-82AE-B7E40326F3FB}"/>
      </w:docPartPr>
      <w:docPartBody>
        <w:p w:rsidR="00011182" w:rsidRDefault="004520B2" w:rsidP="004520B2">
          <w:pPr>
            <w:pStyle w:val="500C1D127C7246848A5E9D5C8B15574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532D22CB67497C92274615D493D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817EC-81DF-40F3-AC3E-396B3C150DBC}"/>
      </w:docPartPr>
      <w:docPartBody>
        <w:p w:rsidR="00011182" w:rsidRDefault="004520B2" w:rsidP="004520B2">
          <w:pPr>
            <w:pStyle w:val="2F532D22CB67497C92274615D493D11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70E5ED95C54F2180A6215F670AC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D7CB8-A7B8-4C79-B84A-9052F6C10ABD}"/>
      </w:docPartPr>
      <w:docPartBody>
        <w:p w:rsidR="00011182" w:rsidRDefault="004520B2" w:rsidP="004520B2">
          <w:pPr>
            <w:pStyle w:val="1970E5ED95C54F2180A6215F670AC5D1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4AA7CEA5E4217BBFC363327A4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49B85-4F9F-453B-B75A-C0F8AD460C7D}"/>
      </w:docPartPr>
      <w:docPartBody>
        <w:p w:rsidR="00011182" w:rsidRDefault="004520B2" w:rsidP="004520B2">
          <w:pPr>
            <w:pStyle w:val="3BC4AA7CEA5E4217BBFC363327A4F49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17BCDA6A8A4E5AB8246B1CBB343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5DDE0-3507-4E75-B4A9-0BFC7C4F6667}"/>
      </w:docPartPr>
      <w:docPartBody>
        <w:p w:rsidR="00011182" w:rsidRDefault="004520B2" w:rsidP="004520B2">
          <w:pPr>
            <w:pStyle w:val="A817BCDA6A8A4E5AB8246B1CBB34371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10B3735FF84144B88E49D70E341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149FF-6A69-4696-931E-636E0758A838}"/>
      </w:docPartPr>
      <w:docPartBody>
        <w:p w:rsidR="00011182" w:rsidRDefault="004520B2" w:rsidP="004520B2">
          <w:pPr>
            <w:pStyle w:val="1D10B3735FF84144B88E49D70E341BA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989DB012141D79884949E9B73B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96F87-F2ED-4066-A724-37EA3935B6C8}"/>
      </w:docPartPr>
      <w:docPartBody>
        <w:p w:rsidR="00011182" w:rsidRDefault="004520B2" w:rsidP="004520B2">
          <w:pPr>
            <w:pStyle w:val="680989DB012141D79884949E9B73BDA0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657F8665A44ABAD0496255C0A3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20284-DD04-4750-9F0E-794896F3D29A}"/>
      </w:docPartPr>
      <w:docPartBody>
        <w:p w:rsidR="00011182" w:rsidRDefault="004520B2" w:rsidP="004520B2">
          <w:pPr>
            <w:pStyle w:val="B7B657F8665A44ABAD0496255C0A3D1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9601A8E2243A39A5B5234FEC64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C8DF1-6538-478B-875A-19C7B82D80C3}"/>
      </w:docPartPr>
      <w:docPartBody>
        <w:p w:rsidR="00011182" w:rsidRDefault="004520B2" w:rsidP="004520B2">
          <w:pPr>
            <w:pStyle w:val="6E79601A8E2243A39A5B5234FEC647D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04E5EDC26C46E18A8A8B9F6A919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A9FBC-55D4-4BA0-A789-7316F3A6B5EC}"/>
      </w:docPartPr>
      <w:docPartBody>
        <w:p w:rsidR="00011182" w:rsidRDefault="004520B2" w:rsidP="004520B2">
          <w:pPr>
            <w:pStyle w:val="A504E5EDC26C46E18A8A8B9F6A91947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8A9366E1714E6292C4D86755DDE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F74A4-BC32-4149-A53D-EBDE969C3EA3}"/>
      </w:docPartPr>
      <w:docPartBody>
        <w:p w:rsidR="00011182" w:rsidRDefault="004520B2" w:rsidP="004520B2">
          <w:pPr>
            <w:pStyle w:val="3E8A9366E1714E6292C4D86755DDEA5B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0DCD1F6B7419A830164978F2B8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973B0-5943-48B8-9BED-7315C01CECCB}"/>
      </w:docPartPr>
      <w:docPartBody>
        <w:p w:rsidR="00011182" w:rsidRDefault="004520B2" w:rsidP="004520B2">
          <w:pPr>
            <w:pStyle w:val="DCC0DCD1F6B7419A830164978F2B821A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CEBACB0DD74161A4D13F6629E10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31AD7-E8C6-4235-B349-B774DCE3A00C}"/>
      </w:docPartPr>
      <w:docPartBody>
        <w:p w:rsidR="00011182" w:rsidRDefault="004520B2" w:rsidP="004520B2">
          <w:pPr>
            <w:pStyle w:val="DBCEBACB0DD74161A4D13F6629E1037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A0C728BDF74AF4AB5EE0BD6549F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349D6-EA03-42F3-BA4D-91DEB9143098}"/>
      </w:docPartPr>
      <w:docPartBody>
        <w:p w:rsidR="00011182" w:rsidRDefault="004520B2" w:rsidP="004520B2">
          <w:pPr>
            <w:pStyle w:val="0AA0C728BDF74AF4AB5EE0BD6549FD7D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E92ED6A734A559AB492296F4BD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9CAEC-BC0B-46A9-BE60-08A97FC2FE83}"/>
      </w:docPartPr>
      <w:docPartBody>
        <w:p w:rsidR="00011182" w:rsidRDefault="004520B2" w:rsidP="004520B2">
          <w:pPr>
            <w:pStyle w:val="3F8E92ED6A734A559AB492296F4BD447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BFE7A288BA4F1797E707386509C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A75F-A803-45B2-B358-70FF518621BC}"/>
      </w:docPartPr>
      <w:docPartBody>
        <w:p w:rsidR="00011182" w:rsidRDefault="004520B2" w:rsidP="004520B2">
          <w:pPr>
            <w:pStyle w:val="89BFE7A288BA4F1797E707386509CBFA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5ED190B2F41F984CBF386A6DF4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D4F2-53B8-438E-8676-0327695AC2DE}"/>
      </w:docPartPr>
      <w:docPartBody>
        <w:p w:rsidR="00011182" w:rsidRDefault="004520B2" w:rsidP="004520B2">
          <w:pPr>
            <w:pStyle w:val="A035ED190B2F41F984CBF386A6DF44C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E3B911A58454A923E42E047C65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3097F-A791-475F-A79C-DD2A2635CD02}"/>
      </w:docPartPr>
      <w:docPartBody>
        <w:p w:rsidR="00011182" w:rsidRDefault="004520B2" w:rsidP="004520B2">
          <w:pPr>
            <w:pStyle w:val="294E3B911A58454A923E42E047C65FA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8B4596D48C4DBF9832DBD7AC4C0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01BD2-A5C1-4D09-BC67-A70E343F8FE6}"/>
      </w:docPartPr>
      <w:docPartBody>
        <w:p w:rsidR="00011182" w:rsidRDefault="004520B2" w:rsidP="004520B2">
          <w:pPr>
            <w:pStyle w:val="468B4596D48C4DBF9832DBD7AC4C0624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9E2567EEF414AB3278954A699A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06F1F-0CEA-427F-98DD-DB9AF34D3444}"/>
      </w:docPartPr>
      <w:docPartBody>
        <w:p w:rsidR="00011182" w:rsidRDefault="004520B2" w:rsidP="004520B2">
          <w:pPr>
            <w:pStyle w:val="5EF9E2567EEF414AB3278954A699A91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3BF0C45ED4FA6AD0DEB88E56B6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C74AC-177D-4B4B-A071-25609CEE2133}"/>
      </w:docPartPr>
      <w:docPartBody>
        <w:p w:rsidR="00011182" w:rsidRDefault="004520B2" w:rsidP="004520B2">
          <w:pPr>
            <w:pStyle w:val="0CD3BF0C45ED4FA6AD0DEB88E56B6F77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D39D01F8D44DFAB9376F4FF2534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4F96E-5AED-4E40-BCFE-78E9447E4E62}"/>
      </w:docPartPr>
      <w:docPartBody>
        <w:p w:rsidR="00011182" w:rsidRDefault="004520B2" w:rsidP="004520B2">
          <w:pPr>
            <w:pStyle w:val="21D39D01F8D44DFAB9376F4FF2534C58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E5DDED380044908554FE5A029F5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4111C-3853-4FD7-BB45-801E09040722}"/>
      </w:docPartPr>
      <w:docPartBody>
        <w:p w:rsidR="00011182" w:rsidRDefault="004520B2" w:rsidP="004520B2">
          <w:pPr>
            <w:pStyle w:val="2EE5DDED380044908554FE5A029F528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C69A6D54584AC39ACBCAE08E133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47F2F-BE0C-4B9C-89AB-4310D5346D27}"/>
      </w:docPartPr>
      <w:docPartBody>
        <w:p w:rsidR="00011182" w:rsidRDefault="004520B2" w:rsidP="004520B2">
          <w:pPr>
            <w:pStyle w:val="C4C69A6D54584AC39ACBCAE08E1331F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980E5B92FB4E7E8C587B706C147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9D4E-7532-4BA6-ACF4-C9AFCF84969C}"/>
      </w:docPartPr>
      <w:docPartBody>
        <w:p w:rsidR="00011182" w:rsidRDefault="004520B2" w:rsidP="004520B2">
          <w:pPr>
            <w:pStyle w:val="AF980E5B92FB4E7E8C587B706C147F5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7098A736E24FD790F65257E01E9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B51C-D982-48C0-B20E-C748980D0489}"/>
      </w:docPartPr>
      <w:docPartBody>
        <w:p w:rsidR="00011182" w:rsidRDefault="004520B2" w:rsidP="004520B2">
          <w:pPr>
            <w:pStyle w:val="377098A736E24FD790F65257E01E99B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D50D07B4B4375BC8ADB49F0AAA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FC713-9876-4078-A7A5-9454853DAFA8}"/>
      </w:docPartPr>
      <w:docPartBody>
        <w:p w:rsidR="00011182" w:rsidRDefault="004520B2" w:rsidP="004520B2">
          <w:pPr>
            <w:pStyle w:val="494D50D07B4B4375BC8ADB49F0AAA03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04C69CA5554609B9EB85A3BE106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F7992-5100-4588-8BE4-0E7BACD3C74B}"/>
      </w:docPartPr>
      <w:docPartBody>
        <w:p w:rsidR="00011182" w:rsidRDefault="004520B2" w:rsidP="004520B2">
          <w:pPr>
            <w:pStyle w:val="D504C69CA5554609B9EB85A3BE106D4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030E56160E467286FD7E221C51A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88C9B-01C3-4C07-B9D5-183EADB7FF35}"/>
      </w:docPartPr>
      <w:docPartBody>
        <w:p w:rsidR="00011182" w:rsidRDefault="004520B2" w:rsidP="004520B2">
          <w:pPr>
            <w:pStyle w:val="A7030E56160E467286FD7E221C51A844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83771D67FF41BC8AA79B3BBC3D5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B630C-0B70-412A-A134-2B81C355B2CC}"/>
      </w:docPartPr>
      <w:docPartBody>
        <w:p w:rsidR="00011182" w:rsidRDefault="004520B2" w:rsidP="004520B2">
          <w:pPr>
            <w:pStyle w:val="8C83771D67FF41BC8AA79B3BBC3D574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5FDFA9A9A74DAAAABD221535FC1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3F0FF-3082-46BF-882E-058B9E5E628F}"/>
      </w:docPartPr>
      <w:docPartBody>
        <w:p w:rsidR="00011182" w:rsidRDefault="004520B2" w:rsidP="004520B2">
          <w:pPr>
            <w:pStyle w:val="B55FDFA9A9A74DAAAABD221535FC1F4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32B9FDA8754283BA2E43CB960FE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D1D87-9D92-4388-AA0F-EADA1D44A81C}"/>
      </w:docPartPr>
      <w:docPartBody>
        <w:p w:rsidR="00011182" w:rsidRDefault="004520B2" w:rsidP="004520B2">
          <w:pPr>
            <w:pStyle w:val="0632B9FDA8754283BA2E43CB960FEE9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90F3ADC12B42CBA35BCD2E9674E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4A9FC-1469-4897-939E-2A413730F1B6}"/>
      </w:docPartPr>
      <w:docPartBody>
        <w:p w:rsidR="00011182" w:rsidRDefault="004520B2" w:rsidP="004520B2">
          <w:pPr>
            <w:pStyle w:val="F290F3ADC12B42CBA35BCD2E9674E3F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3F026CCD2F4223AB97ABA95D5E5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0D6E7-F231-41CB-9837-FD2A634697DA}"/>
      </w:docPartPr>
      <w:docPartBody>
        <w:p w:rsidR="00011182" w:rsidRDefault="004520B2" w:rsidP="004520B2">
          <w:pPr>
            <w:pStyle w:val="103F026CCD2F4223AB97ABA95D5E501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3A7B3BB28498DA2DBA95334C0F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FFC9E-80CF-4AF5-860F-ADB1FF53605B}"/>
      </w:docPartPr>
      <w:docPartBody>
        <w:p w:rsidR="00011182" w:rsidRDefault="004520B2" w:rsidP="004520B2">
          <w:pPr>
            <w:pStyle w:val="27E3A7B3BB28498DA2DBA95334C0FC1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5F22D5B9ED49FA8C908B38D6429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52C7C-9685-4760-BBCF-5677883C3E43}"/>
      </w:docPartPr>
      <w:docPartBody>
        <w:p w:rsidR="00011182" w:rsidRDefault="004520B2" w:rsidP="004520B2">
          <w:pPr>
            <w:pStyle w:val="F45F22D5B9ED49FA8C908B38D64292A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7A3BD05D8F43A9B11CA333AEE5A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FA7AF-403C-437C-BC35-F6AF204B6333}"/>
      </w:docPartPr>
      <w:docPartBody>
        <w:p w:rsidR="00011182" w:rsidRDefault="004520B2" w:rsidP="004520B2">
          <w:pPr>
            <w:pStyle w:val="D77A3BD05D8F43A9B11CA333AEE5AD12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5D85E9504842BE84D4A67796F5C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CAF49-F696-4B29-92C9-2AA48CAB88A4}"/>
      </w:docPartPr>
      <w:docPartBody>
        <w:p w:rsidR="00011182" w:rsidRDefault="004520B2" w:rsidP="004520B2">
          <w:pPr>
            <w:pStyle w:val="065D85E9504842BE84D4A67796F5C58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70F830954F4461ADE541B700AB0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C6C28-970F-4DDB-B38C-6143412F55B9}"/>
      </w:docPartPr>
      <w:docPartBody>
        <w:p w:rsidR="00011182" w:rsidRDefault="004520B2" w:rsidP="004520B2">
          <w:pPr>
            <w:pStyle w:val="C570F830954F4461ADE541B700AB0BA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2D42A136F6413593D342F2082DA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B42B8-2103-4DBD-B21B-54E0CD2E025E}"/>
      </w:docPartPr>
      <w:docPartBody>
        <w:p w:rsidR="00011182" w:rsidRDefault="004520B2" w:rsidP="004520B2">
          <w:pPr>
            <w:pStyle w:val="B22D42A136F6413593D342F2082DADC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8713EBEF348BF87F124EE45C01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16868-3679-4062-A340-B65C2979C4BE}"/>
      </w:docPartPr>
      <w:docPartBody>
        <w:p w:rsidR="00011182" w:rsidRDefault="004520B2" w:rsidP="004520B2">
          <w:pPr>
            <w:pStyle w:val="C668713EBEF348BF87F124EE45C01650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B9DB4534A7460F8E9B8C0F4F87C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43E5-6B0B-4918-BA37-57094FC3009B}"/>
      </w:docPartPr>
      <w:docPartBody>
        <w:p w:rsidR="00011182" w:rsidRDefault="004520B2" w:rsidP="004520B2">
          <w:pPr>
            <w:pStyle w:val="A5B9DB4534A7460F8E9B8C0F4F87CF5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7A31FCCD3D437CB8C6829A9076E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8832C-93BF-4830-A359-344209383524}"/>
      </w:docPartPr>
      <w:docPartBody>
        <w:p w:rsidR="00011182" w:rsidRDefault="004520B2" w:rsidP="004520B2">
          <w:pPr>
            <w:pStyle w:val="207A31FCCD3D437CB8C6829A9076E217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CC092BE7D04888A20AD9902B967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C0F89-E038-4271-A1F1-CD99540D6714}"/>
      </w:docPartPr>
      <w:docPartBody>
        <w:p w:rsidR="00011182" w:rsidRDefault="004520B2" w:rsidP="004520B2">
          <w:pPr>
            <w:pStyle w:val="0FCC092BE7D04888A20AD9902B96784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B2"/>
    <w:rsid w:val="00011182"/>
    <w:rsid w:val="000626D5"/>
    <w:rsid w:val="0024328F"/>
    <w:rsid w:val="00286267"/>
    <w:rsid w:val="002B1C68"/>
    <w:rsid w:val="003C05EA"/>
    <w:rsid w:val="003C3D67"/>
    <w:rsid w:val="004520B2"/>
    <w:rsid w:val="00593179"/>
    <w:rsid w:val="006D5D57"/>
    <w:rsid w:val="006F0404"/>
    <w:rsid w:val="007A500F"/>
    <w:rsid w:val="00832298"/>
    <w:rsid w:val="009014C5"/>
    <w:rsid w:val="009A16DA"/>
    <w:rsid w:val="00C44DA3"/>
    <w:rsid w:val="00DE0038"/>
    <w:rsid w:val="00E64079"/>
    <w:rsid w:val="00F230A9"/>
    <w:rsid w:val="00FD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Y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20B2"/>
    <w:rPr>
      <w:color w:val="666666"/>
    </w:rPr>
  </w:style>
  <w:style w:type="paragraph" w:customStyle="1" w:styleId="723DCB2EF50D48FFAEC6A8363C304221">
    <w:name w:val="723DCB2EF50D48FFAEC6A8363C304221"/>
    <w:rsid w:val="004520B2"/>
  </w:style>
  <w:style w:type="paragraph" w:customStyle="1" w:styleId="279F7E5B05A64EE485087E59B604B48D">
    <w:name w:val="279F7E5B05A64EE485087E59B604B48D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9621ADF1C034690B3857661489A5B78">
    <w:name w:val="C9621ADF1C034690B3857661489A5B78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EF8B0CF730DC4538AAA6682AB2616F36">
    <w:name w:val="EF8B0CF730DC4538AAA6682AB2616F3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754BED8B5A134AC3BAE73203DE085DFE">
    <w:name w:val="754BED8B5A134AC3BAE73203DE085DF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40A22D4EE3F5446699479BD9B617A77D">
    <w:name w:val="40A22D4EE3F5446699479BD9B617A77D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E7D274C18234211A01B572A4D638384">
    <w:name w:val="DE7D274C18234211A01B572A4D63838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500C1D127C7246848A5E9D5C8B15574F">
    <w:name w:val="500C1D127C7246848A5E9D5C8B15574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F532D22CB67497C92274615D493D113">
    <w:name w:val="2F532D22CB67497C92274615D493D11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970E5ED95C54F2180A6215F670AC5D1">
    <w:name w:val="1970E5ED95C54F2180A6215F670AC5D1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BC4AA7CEA5E4217BBFC363327A4F499">
    <w:name w:val="3BC4AA7CEA5E4217BBFC363327A4F49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817BCDA6A8A4E5AB8246B1CBB343719">
    <w:name w:val="A817BCDA6A8A4E5AB8246B1CBB34371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D10B3735FF84144B88E49D70E341BA9">
    <w:name w:val="1D10B3735FF84144B88E49D70E341BA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680989DB012141D79884949E9B73BDA0">
    <w:name w:val="680989DB012141D79884949E9B73BDA0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B7B657F8665A44ABAD0496255C0A3D15">
    <w:name w:val="B7B657F8665A44ABAD0496255C0A3D1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6E79601A8E2243A39A5B5234FEC647D3">
    <w:name w:val="6E79601A8E2243A39A5B5234FEC647D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504E5EDC26C46E18A8A8B9F6A919476">
    <w:name w:val="A504E5EDC26C46E18A8A8B9F6A91947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E8A9366E1714E6292C4D86755DDEA5B">
    <w:name w:val="3E8A9366E1714E6292C4D86755DDEA5B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CC0DCD1F6B7419A830164978F2B821A">
    <w:name w:val="DCC0DCD1F6B7419A830164978F2B821A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BCEBACB0DD74161A4D13F6629E1037E">
    <w:name w:val="DBCEBACB0DD74161A4D13F6629E1037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AA0C728BDF74AF4AB5EE0BD6549FD7D">
    <w:name w:val="0AA0C728BDF74AF4AB5EE0BD6549FD7D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F8E92ED6A734A559AB492296F4BD447">
    <w:name w:val="3F8E92ED6A734A559AB492296F4BD447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89BFE7A288BA4F1797E707386509CBFA">
    <w:name w:val="89BFE7A288BA4F1797E707386509CBFA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035ED190B2F41F984CBF386A6DF44CE">
    <w:name w:val="A035ED190B2F41F984CBF386A6DF44C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94E3B911A58454A923E42E047C65FAF">
    <w:name w:val="294E3B911A58454A923E42E047C65FA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468B4596D48C4DBF9832DBD7AC4C0624">
    <w:name w:val="468B4596D48C4DBF9832DBD7AC4C062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5EF9E2567EEF414AB3278954A699A915">
    <w:name w:val="5EF9E2567EEF414AB3278954A699A91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CD3BF0C45ED4FA6AD0DEB88E56B6F77">
    <w:name w:val="0CD3BF0C45ED4FA6AD0DEB88E56B6F77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1D39D01F8D44DFAB9376F4FF2534C58">
    <w:name w:val="21D39D01F8D44DFAB9376F4FF2534C58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EE5DDED380044908554FE5A029F5286">
    <w:name w:val="2EE5DDED380044908554FE5A029F528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4C69A6D54584AC39ACBCAE08E1331FE">
    <w:name w:val="C4C69A6D54584AC39ACBCAE08E1331F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F980E5B92FB4E7E8C587B706C147F56">
    <w:name w:val="AF980E5B92FB4E7E8C587B706C147F5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77098A736E24FD790F65257E01E99B6">
    <w:name w:val="377098A736E24FD790F65257E01E99B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494D50D07B4B4375BC8ADB49F0AAA033">
    <w:name w:val="494D50D07B4B4375BC8ADB49F0AAA03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504C69CA5554609B9EB85A3BE106D45">
    <w:name w:val="D504C69CA5554609B9EB85A3BE106D4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7030E56160E467286FD7E221C51A844">
    <w:name w:val="A7030E56160E467286FD7E221C51A84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8C83771D67FF41BC8AA79B3BBC3D574C">
    <w:name w:val="8C83771D67FF41BC8AA79B3BBC3D574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B55FDFA9A9A74DAAAABD221535FC1F46">
    <w:name w:val="B55FDFA9A9A74DAAAABD221535FC1F4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632B9FDA8754283BA2E43CB960FEE9F">
    <w:name w:val="0632B9FDA8754283BA2E43CB960FEE9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F290F3ADC12B42CBA35BCD2E9674E3F3">
    <w:name w:val="F290F3ADC12B42CBA35BCD2E9674E3F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03F026CCD2F4223AB97ABA95D5E501F">
    <w:name w:val="103F026CCD2F4223AB97ABA95D5E501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7E3A7B3BB28498DA2DBA95334C0FC1C">
    <w:name w:val="27E3A7B3BB28498DA2DBA95334C0FC1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F45F22D5B9ED49FA8C908B38D64292A5">
    <w:name w:val="F45F22D5B9ED49FA8C908B38D64292A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77A3BD05D8F43A9B11CA333AEE5AD12">
    <w:name w:val="D77A3BD05D8F43A9B11CA333AEE5AD12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65D85E9504842BE84D4A67796F5C58C">
    <w:name w:val="065D85E9504842BE84D4A67796F5C58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570F830954F4461ADE541B700AB0BAC">
    <w:name w:val="C570F830954F4461ADE541B700AB0BA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B22D42A136F6413593D342F2082DADC9">
    <w:name w:val="B22D42A136F6413593D342F2082DADC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668713EBEF348BF87F124EE45C01650">
    <w:name w:val="C668713EBEF348BF87F124EE45C01650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5B9DB4534A7460F8E9B8C0F4F87CF56">
    <w:name w:val="A5B9DB4534A7460F8E9B8C0F4F87CF5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07A31FCCD3D437CB8C6829A9076E217">
    <w:name w:val="207A31FCCD3D437CB8C6829A9076E217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6D3C74FB68B4042BED05BD029F24534">
    <w:name w:val="16D3C74FB68B4042BED05BD029F2453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FCC092BE7D04888A20AD9902B967845">
    <w:name w:val="0FCC092BE7D04888A20AD9902B96784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f34884-65c9-47d5-b37f-f13a45a7f759" xsi:nil="true"/>
    <lcf76f155ced4ddcb4097134ff3c332f xmlns="d43a841e-bf17-4515-8291-5b1e59c40720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2o5b0B6LXoguoHP1UNcu+uckFg==">CgMxLjA4AHIhMXRlUFNGWDJ2bjFCbC14MUowbFF3dWlWSkNkdXhTVFlk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9209DA6AA2F429F3DB8DC0C019641" ma:contentTypeVersion="14" ma:contentTypeDescription="Create a new document." ma:contentTypeScope="" ma:versionID="edf0657ca59d6b8607124ba41e112337">
  <xsd:schema xmlns:xsd="http://www.w3.org/2001/XMLSchema" xmlns:xs="http://www.w3.org/2001/XMLSchema" xmlns:p="http://schemas.microsoft.com/office/2006/metadata/properties" xmlns:ns2="d43a841e-bf17-4515-8291-5b1e59c40720" xmlns:ns3="7df34884-65c9-47d5-b37f-f13a45a7f759" targetNamespace="http://schemas.microsoft.com/office/2006/metadata/properties" ma:root="true" ma:fieldsID="8c3b17d98a0af6641228c771d33388a1" ns2:_="" ns3:_="">
    <xsd:import namespace="d43a841e-bf17-4515-8291-5b1e59c40720"/>
    <xsd:import namespace="7df34884-65c9-47d5-b37f-f13a45a7f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a841e-bf17-4515-8291-5b1e59c40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35c693a-f8d4-4d07-af79-9d10e52f5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34884-65c9-47d5-b37f-f13a45a7f75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8861c4-c0b0-4cb4-abc9-c524965f1e46}" ma:internalName="TaxCatchAll" ma:showField="CatchAllData" ma:web="7df34884-65c9-47d5-b37f-f13a45a7f7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F4882C-92B8-45E0-ACA8-FB3671676141}">
  <ds:schemaRefs>
    <ds:schemaRef ds:uri="http://schemas.microsoft.com/office/2006/metadata/properties"/>
    <ds:schemaRef ds:uri="http://schemas.microsoft.com/office/infopath/2007/PartnerControls"/>
    <ds:schemaRef ds:uri="7df34884-65c9-47d5-b37f-f13a45a7f759"/>
    <ds:schemaRef ds:uri="d43a841e-bf17-4515-8291-5b1e59c40720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A2C5FC4-EBC3-41C1-935B-2B1FCB3BA4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D0B33D-DAFE-4371-AA85-BDB72BA3E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a841e-bf17-4515-8291-5b1e59c40720"/>
    <ds:schemaRef ds:uri="7df34884-65c9-47d5-b37f-f13a45a7f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Links>
    <vt:vector size="6" baseType="variant">
      <vt:variant>
        <vt:i4>131165</vt:i4>
      </vt:variant>
      <vt:variant>
        <vt:i4>0</vt:i4>
      </vt:variant>
      <vt:variant>
        <vt:i4>0</vt:i4>
      </vt:variant>
      <vt:variant>
        <vt:i4>5</vt:i4>
      </vt:variant>
      <vt:variant>
        <vt:lpwstr>https://aba.aseanbac.com.my/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cp:lastModifiedBy>Iris | ACE</cp:lastModifiedBy>
  <cp:revision>3</cp:revision>
  <cp:lastPrinted>2025-05-05T11:04:00Z</cp:lastPrinted>
  <dcterms:created xsi:type="dcterms:W3CDTF">2025-05-06T01:39:00Z</dcterms:created>
  <dcterms:modified xsi:type="dcterms:W3CDTF">2025-06-16T03:57:00Z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0x01010037A9209DA6AA2F429F3DB8DC0C019641</vt:lpwstr>
  </property>
  <property fmtid="{D5CDD505-2E9C-101B-9397-08002B2CF9AE}" pid="3" name="MediaServiceImageTags">
    <vt:lpwstr/>
  </property>
</Properties>
</file>